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EE59878" w14:textId="77777777" w:rsidR="00766146" w:rsidRDefault="00D867D8">
      <w:pPr>
        <w:pStyle w:val="Title"/>
        <w:jc w:val="center"/>
      </w:pPr>
      <w:r>
        <w:t>True Worship or a Waste?</w:t>
      </w:r>
    </w:p>
    <w:p w14:paraId="1916E7E5" w14:textId="77777777" w:rsidR="00766146" w:rsidRDefault="00D867D8">
      <w:pPr>
        <w:jc w:val="center"/>
      </w:pPr>
      <w:r>
        <w:rPr>
          <w:b/>
          <w:sz w:val="26"/>
        </w:rPr>
        <w:t>John 12:1–11</w:t>
      </w:r>
    </w:p>
    <w:p w14:paraId="1ECB0DCA" w14:textId="77777777" w:rsidR="00766146" w:rsidRDefault="00D867D8">
      <w:r>
        <w:t>How valuable is Jesus to you?</w:t>
      </w:r>
    </w:p>
    <w:p w14:paraId="6EDCD0CD" w14:textId="77777777" w:rsidR="00766146" w:rsidRDefault="00D867D8">
      <w:r>
        <w:t>That is really the question in today’s passage.</w:t>
      </w:r>
    </w:p>
    <w:p w14:paraId="2843412F" w14:textId="77777777" w:rsidR="00766146" w:rsidRDefault="00D867D8">
      <w:r>
        <w:t>In John chapter 12, two people are in the same room with Jesus.</w:t>
      </w:r>
    </w:p>
    <w:p w14:paraId="37287387" w14:textId="77777777" w:rsidR="00766146" w:rsidRDefault="00D867D8">
      <w:r>
        <w:t>They see the same Jesus. They sit at the same table.</w:t>
      </w:r>
    </w:p>
    <w:p w14:paraId="25E4D883" w14:textId="77777777" w:rsidR="00766146" w:rsidRDefault="00D867D8">
      <w:r>
        <w:t>But their hearts are completely different.</w:t>
      </w:r>
    </w:p>
    <w:p w14:paraId="5752E498" w14:textId="77777777" w:rsidR="00766146" w:rsidRDefault="00D867D8">
      <w:r>
        <w:t>One person thinks, “Nothing is too precious to give to Jesus.”</w:t>
      </w:r>
    </w:p>
    <w:p w14:paraId="22186E3E" w14:textId="77777777" w:rsidR="00766146" w:rsidRDefault="00D867D8">
      <w:r>
        <w:t>The other person thinks, “What a waste!”</w:t>
      </w:r>
    </w:p>
    <w:p w14:paraId="1E49FDE4" w14:textId="77777777" w:rsidR="00766146" w:rsidRDefault="00D867D8">
      <w:r>
        <w:t>One is Mary. The other is Judas.</w:t>
      </w:r>
    </w:p>
    <w:p w14:paraId="179DE49B" w14:textId="77777777" w:rsidR="00766146" w:rsidRDefault="00D867D8">
      <w:r>
        <w:t>Through these two people, God asks us to look at our own hearts.</w:t>
      </w:r>
    </w:p>
    <w:p w14:paraId="1F57BA72" w14:textId="77777777" w:rsidR="00766146" w:rsidRDefault="00D867D8">
      <w:r>
        <w:rPr>
          <w:b/>
        </w:rPr>
        <w:t>How valuable is Jesus to me?</w:t>
      </w:r>
    </w:p>
    <w:p w14:paraId="03985A5F" w14:textId="77777777" w:rsidR="00766146" w:rsidRDefault="00D867D8">
      <w:pPr>
        <w:pStyle w:val="Heading1"/>
      </w:pPr>
      <w:r>
        <w:t>1. When We Love Jesus, Our Worship Changes</w:t>
      </w:r>
    </w:p>
    <w:p w14:paraId="06CF8F69" w14:textId="77777777" w:rsidR="00766146" w:rsidRDefault="00D867D8">
      <w:r>
        <w:t>In verses 1 and 2, Jesus comes back to Bethany.</w:t>
      </w:r>
    </w:p>
    <w:p w14:paraId="63BD58A7" w14:textId="77777777" w:rsidR="00766146" w:rsidRDefault="00D867D8">
      <w:r>
        <w:t>This is the village where Jesus raised Lazarus from the dead.</w:t>
      </w:r>
    </w:p>
    <w:p w14:paraId="71FEF0A2" w14:textId="77777777" w:rsidR="00766146" w:rsidRDefault="00D867D8">
      <w:r>
        <w:t>A dinner is prepared for Jesus.</w:t>
      </w:r>
    </w:p>
    <w:p w14:paraId="5C625B41" w14:textId="77777777" w:rsidR="00766146" w:rsidRDefault="00D867D8">
      <w:r>
        <w:t>Martha is serving.</w:t>
      </w:r>
    </w:p>
    <w:p w14:paraId="4453B5BD" w14:textId="77777777" w:rsidR="00766146" w:rsidRDefault="00D867D8">
      <w:r>
        <w:t>This is very much like Martha.</w:t>
      </w:r>
    </w:p>
    <w:p w14:paraId="5A6FE76E" w14:textId="77777777" w:rsidR="00766146" w:rsidRDefault="00D867D8">
      <w:r>
        <w:t>She serves. She works. She prepares the food.</w:t>
      </w:r>
    </w:p>
    <w:p w14:paraId="120E43A6" w14:textId="77777777" w:rsidR="00766146" w:rsidRDefault="00D867D8">
      <w:r>
        <w:t>Serving is very important in God’s kingdom.</w:t>
      </w:r>
    </w:p>
    <w:p w14:paraId="4846053B" w14:textId="77777777" w:rsidR="00766146" w:rsidRDefault="00D867D8">
      <w:r>
        <w:t>We need faithful people who are willing to serve.</w:t>
      </w:r>
    </w:p>
    <w:p w14:paraId="41437EAD" w14:textId="77777777" w:rsidR="00766146" w:rsidRDefault="00D867D8">
      <w:r>
        <w:t>Lazarus is also sitting at the table.</w:t>
      </w:r>
    </w:p>
    <w:p w14:paraId="555F8F4F" w14:textId="77777777" w:rsidR="00766146" w:rsidRDefault="00D867D8">
      <w:r>
        <w:t>Only a short time before this, Lazarus was in a tomb.</w:t>
      </w:r>
    </w:p>
    <w:p w14:paraId="4E09A915" w14:textId="77777777" w:rsidR="00766146" w:rsidRDefault="00D867D8">
      <w:r>
        <w:t>He was dead.</w:t>
      </w:r>
    </w:p>
    <w:p w14:paraId="63A86D3C" w14:textId="77777777" w:rsidR="00766146" w:rsidRDefault="00D867D8">
      <w:r>
        <w:t>But now he is sitting at the table and having dinner with Jesus.</w:t>
      </w:r>
    </w:p>
    <w:p w14:paraId="4F737222" w14:textId="77777777" w:rsidR="00766146" w:rsidRDefault="00D867D8">
      <w:r>
        <w:t>His life itself is a testimony.</w:t>
      </w:r>
    </w:p>
    <w:p w14:paraId="1AEE6C4E" w14:textId="77777777" w:rsidR="00766146" w:rsidRDefault="00D867D8">
      <w:r>
        <w:rPr>
          <w:b/>
        </w:rPr>
        <w:t>Martha is serving. Lazarus is witnessing. Mary is worshipping.</w:t>
      </w:r>
    </w:p>
    <w:p w14:paraId="47BD99AB" w14:textId="77777777" w:rsidR="00766146" w:rsidRDefault="00D867D8">
      <w:r>
        <w:t>They are doing different things, but Jesus is at the centre of everything.</w:t>
      </w:r>
    </w:p>
    <w:p w14:paraId="4FBD0AD7" w14:textId="77777777" w:rsidR="00766146" w:rsidRDefault="00D867D8">
      <w:r>
        <w:t>Then, in verse 3, Mary does something very special.</w:t>
      </w:r>
    </w:p>
    <w:p w14:paraId="2255AC27" w14:textId="77777777" w:rsidR="00766146" w:rsidRDefault="00D867D8">
      <w:r>
        <w:t>She brings very expensive perfume made from pure nard.</w:t>
      </w:r>
    </w:p>
    <w:p w14:paraId="4BBA2A09" w14:textId="77777777" w:rsidR="00766146" w:rsidRDefault="00D867D8">
      <w:r>
        <w:lastRenderedPageBreak/>
        <w:t>She pours it on Jesus’ feet.</w:t>
      </w:r>
    </w:p>
    <w:p w14:paraId="3FEB7B41" w14:textId="77777777" w:rsidR="00766146" w:rsidRDefault="00D867D8">
      <w:r>
        <w:t>Then she wipes His feet with her hair.</w:t>
      </w:r>
    </w:p>
    <w:p w14:paraId="47E43A3D" w14:textId="77777777" w:rsidR="00766146" w:rsidRDefault="00D867D8">
      <w:r>
        <w:t>John tells us,</w:t>
      </w:r>
    </w:p>
    <w:p w14:paraId="199B16E5" w14:textId="77777777" w:rsidR="00766146" w:rsidRDefault="00D867D8">
      <w:pPr>
        <w:ind w:left="432" w:right="216"/>
      </w:pPr>
      <w:r>
        <w:rPr>
          <w:i/>
        </w:rPr>
        <w:t>“The house was filled with the fragrance of the perfume.”</w:t>
      </w:r>
    </w:p>
    <w:p w14:paraId="6DCA15C5" w14:textId="77777777" w:rsidR="00766146" w:rsidRDefault="00D867D8">
      <w:r>
        <w:t>Try to imagine that moment.</w:t>
      </w:r>
    </w:p>
    <w:p w14:paraId="7CB22AD0" w14:textId="77777777" w:rsidR="00766146" w:rsidRDefault="00D867D8">
      <w:r>
        <w:t>Everyone in the room could smell the perfume.</w:t>
      </w:r>
    </w:p>
    <w:p w14:paraId="5A215E54" w14:textId="77777777" w:rsidR="00766146" w:rsidRDefault="00D867D8">
      <w:r>
        <w:t>This perfume was extremely expensive.</w:t>
      </w:r>
    </w:p>
    <w:p w14:paraId="4D2CA497" w14:textId="77777777" w:rsidR="00766146" w:rsidRDefault="00D867D8">
      <w:r>
        <w:t>Judas says it could have been sold for three hundred denarii.</w:t>
      </w:r>
    </w:p>
    <w:p w14:paraId="44B31A29" w14:textId="77777777" w:rsidR="00766146" w:rsidRDefault="00D867D8">
      <w:r>
        <w:t>That was almost one year’s wages for an ordinary worker.</w:t>
      </w:r>
    </w:p>
    <w:p w14:paraId="25FF608D" w14:textId="77777777" w:rsidR="00766146" w:rsidRDefault="00D867D8">
      <w:r>
        <w:t>It may have been one of the most valuable things Mary owned.</w:t>
      </w:r>
    </w:p>
    <w:p w14:paraId="5127C9E7" w14:textId="77777777" w:rsidR="00766146" w:rsidRDefault="00D867D8">
      <w:r>
        <w:t>Mary could have opened the bottle and used only a few drops.</w:t>
      </w:r>
    </w:p>
    <w:p w14:paraId="7E798419" w14:textId="77777777" w:rsidR="00766146" w:rsidRDefault="00D867D8">
      <w:r>
        <w:t>She could have saved the rest.</w:t>
      </w:r>
    </w:p>
    <w:p w14:paraId="16CDA37A" w14:textId="77777777" w:rsidR="00766146" w:rsidRDefault="00D867D8">
      <w:r>
        <w:t>But she did not do that.</w:t>
      </w:r>
    </w:p>
    <w:p w14:paraId="6A05447A" w14:textId="77777777" w:rsidR="00766146" w:rsidRDefault="00D867D8">
      <w:r>
        <w:rPr>
          <w:b/>
        </w:rPr>
        <w:t>She poured it all out.</w:t>
      </w:r>
    </w:p>
    <w:p w14:paraId="6720EF42" w14:textId="77777777" w:rsidR="00766146" w:rsidRDefault="00D867D8">
      <w:r>
        <w:t>Why?</w:t>
      </w:r>
    </w:p>
    <w:p w14:paraId="7587A93D" w14:textId="77777777" w:rsidR="00766146" w:rsidRDefault="00D867D8">
      <w:r>
        <w:t>Because to Mary, Jesus was more valuable than the perfume.</w:t>
      </w:r>
    </w:p>
    <w:p w14:paraId="7074896F" w14:textId="77777777" w:rsidR="00766146" w:rsidRDefault="00D867D8">
      <w:r>
        <w:t>That is the heart of worship.</w:t>
      </w:r>
    </w:p>
    <w:p w14:paraId="41C96654" w14:textId="77777777" w:rsidR="00766146" w:rsidRDefault="00D867D8">
      <w:r>
        <w:t>True worship begins when we understand how valuable Jesus is.</w:t>
      </w:r>
    </w:p>
    <w:p w14:paraId="666779DB" w14:textId="77777777" w:rsidR="00766146" w:rsidRDefault="00D867D8">
      <w:r>
        <w:t>Mary had listened to Jesus.</w:t>
      </w:r>
    </w:p>
    <w:p w14:paraId="2ABAC27E" w14:textId="77777777" w:rsidR="00766146" w:rsidRDefault="00D867D8">
      <w:r>
        <w:t>Earlier in the Gospels, we see Mary sitting close to Jesus and listening to His words.</w:t>
      </w:r>
    </w:p>
    <w:p w14:paraId="59C41FE2" w14:textId="77777777" w:rsidR="00766146" w:rsidRDefault="00D867D8">
      <w:r>
        <w:t>She knew His teaching.</w:t>
      </w:r>
    </w:p>
    <w:p w14:paraId="5407FF36" w14:textId="77777777" w:rsidR="00766146" w:rsidRDefault="00D867D8">
      <w:r>
        <w:t>She had seen what Jesus had done for her family.</w:t>
      </w:r>
    </w:p>
    <w:p w14:paraId="51D699DA" w14:textId="77777777" w:rsidR="00766146" w:rsidRDefault="00D867D8">
      <w:r>
        <w:t>Most importantly, only a short time before this, she had seen Jesus raise her brother Lazarus from the dead.</w:t>
      </w:r>
    </w:p>
    <w:p w14:paraId="30D914DE" w14:textId="77777777" w:rsidR="00766146" w:rsidRDefault="00D867D8">
      <w:r>
        <w:t>She had heard Jesus say,</w:t>
      </w:r>
    </w:p>
    <w:p w14:paraId="130245DE" w14:textId="77777777" w:rsidR="00766146" w:rsidRDefault="00D867D8">
      <w:pPr>
        <w:ind w:left="432" w:right="216"/>
      </w:pPr>
      <w:r>
        <w:rPr>
          <w:i/>
        </w:rPr>
        <w:t>“I am the resurrection and the life.”</w:t>
      </w:r>
    </w:p>
    <w:p w14:paraId="593F187C" w14:textId="77777777" w:rsidR="00766146" w:rsidRDefault="00D867D8">
      <w:r>
        <w:t>And now the One who is the resurrection and the life was standing in front of her.</w:t>
      </w:r>
    </w:p>
    <w:p w14:paraId="649B27C8" w14:textId="77777777" w:rsidR="00766146" w:rsidRDefault="00D867D8">
      <w:r>
        <w:t>Mary looked at Jesus and perhaps thought, “How precious He is!”</w:t>
      </w:r>
    </w:p>
    <w:p w14:paraId="2F522296" w14:textId="77777777" w:rsidR="00766146" w:rsidRDefault="00D867D8">
      <w:r>
        <w:t>Suddenly, the expensive perfume did not seem so expensive anymore.</w:t>
      </w:r>
    </w:p>
    <w:p w14:paraId="7D05A2CA" w14:textId="77777777" w:rsidR="00766146" w:rsidRDefault="00D867D8">
      <w:r>
        <w:t>This is very important.</w:t>
      </w:r>
    </w:p>
    <w:p w14:paraId="5C431877" w14:textId="77777777" w:rsidR="00766146" w:rsidRDefault="00D867D8">
      <w:r>
        <w:t>Whether something looks like a waste or not depends on how valuable Jesus is to you.</w:t>
      </w:r>
    </w:p>
    <w:p w14:paraId="150E7B74" w14:textId="77777777" w:rsidR="00766146" w:rsidRDefault="00D867D8">
      <w:r>
        <w:t>If Jesus is only a small part of my life, giving my time to Him may feel like a waste.</w:t>
      </w:r>
    </w:p>
    <w:p w14:paraId="67A2CC08" w14:textId="77777777" w:rsidR="00766146" w:rsidRDefault="00D867D8">
      <w:r>
        <w:lastRenderedPageBreak/>
        <w:t>Prayer may feel like a waste of time.</w:t>
      </w:r>
    </w:p>
    <w:p w14:paraId="6B7A4644" w14:textId="77777777" w:rsidR="00766146" w:rsidRDefault="00D867D8">
      <w:r>
        <w:t>Reading the Bible may feel like a waste of time.</w:t>
      </w:r>
    </w:p>
    <w:p w14:paraId="4CE6861B" w14:textId="77777777" w:rsidR="00766146" w:rsidRDefault="00D867D8">
      <w:r>
        <w:t>Serving other people may feel like a waste.</w:t>
      </w:r>
    </w:p>
    <w:p w14:paraId="42B386C3" w14:textId="77777777" w:rsidR="00766146" w:rsidRDefault="00D867D8">
      <w:r>
        <w:t>Preparing something for church or our small group may feel like a waste.</w:t>
      </w:r>
    </w:p>
    <w:p w14:paraId="7C45AF38" w14:textId="77777777" w:rsidR="00766146" w:rsidRDefault="00D867D8">
      <w:r>
        <w:t>But when we truly understand who Jesus is and what He has done for us, our thinking begins to change.</w:t>
      </w:r>
    </w:p>
    <w:p w14:paraId="185FE305" w14:textId="77777777" w:rsidR="00766146" w:rsidRDefault="00D867D8">
      <w:r>
        <w:t>We begin to say,</w:t>
      </w:r>
    </w:p>
    <w:p w14:paraId="3194EB0B" w14:textId="77777777" w:rsidR="00766146" w:rsidRDefault="00D867D8">
      <w:pPr>
        <w:ind w:left="432" w:right="216"/>
      </w:pPr>
      <w:r>
        <w:rPr>
          <w:i/>
        </w:rPr>
        <w:t>“Jesus, You gave Your life for me. How can anything I give You be too much?”</w:t>
      </w:r>
    </w:p>
    <w:p w14:paraId="3909CFA0" w14:textId="77777777" w:rsidR="00766146" w:rsidRDefault="00D867D8">
      <w:r>
        <w:t>That is why Mary gave Jesus her most precious thing.</w:t>
      </w:r>
    </w:p>
    <w:p w14:paraId="486F03AB" w14:textId="77777777" w:rsidR="00766146" w:rsidRDefault="00D867D8">
      <w:r>
        <w:t>So we need to ask ourselves:</w:t>
      </w:r>
    </w:p>
    <w:p w14:paraId="65EC8917" w14:textId="77777777" w:rsidR="00766146" w:rsidRDefault="00D867D8">
      <w:r>
        <w:rPr>
          <w:b/>
        </w:rPr>
        <w:t>What is precious to me?</w:t>
      </w:r>
    </w:p>
    <w:p w14:paraId="3E542C9E" w14:textId="77777777" w:rsidR="00766146" w:rsidRDefault="00D867D8">
      <w:r>
        <w:t>Is it my time?</w:t>
      </w:r>
    </w:p>
    <w:p w14:paraId="3E408D81" w14:textId="77777777" w:rsidR="00766146" w:rsidRDefault="00D867D8">
      <w:r>
        <w:t>My money?</w:t>
      </w:r>
    </w:p>
    <w:p w14:paraId="4D815B1D" w14:textId="77777777" w:rsidR="00766146" w:rsidRDefault="00D867D8">
      <w:r>
        <w:t>My job?</w:t>
      </w:r>
    </w:p>
    <w:p w14:paraId="76914BC9" w14:textId="77777777" w:rsidR="00766146" w:rsidRDefault="00D867D8">
      <w:r>
        <w:t>My reputation?</w:t>
      </w:r>
    </w:p>
    <w:p w14:paraId="3F155F92" w14:textId="77777777" w:rsidR="00766146" w:rsidRDefault="00D867D8">
      <w:r>
        <w:t>My comfort?</w:t>
      </w:r>
    </w:p>
    <w:p w14:paraId="32004021" w14:textId="77777777" w:rsidR="00766146" w:rsidRDefault="00D867D8">
      <w:r>
        <w:t>My relationships?</w:t>
      </w:r>
    </w:p>
    <w:p w14:paraId="4EA8EE88" w14:textId="77777777" w:rsidR="00766146" w:rsidRDefault="00D867D8">
      <w:r>
        <w:t>My plans for the future?</w:t>
      </w:r>
    </w:p>
    <w:p w14:paraId="41D3A841" w14:textId="77777777" w:rsidR="00766146" w:rsidRDefault="00D867D8">
      <w:r>
        <w:t>Where am I pouring these things?</w:t>
      </w:r>
    </w:p>
    <w:p w14:paraId="6FEA9F13" w14:textId="77777777" w:rsidR="00766146" w:rsidRDefault="00D867D8">
      <w:r>
        <w:t>Because where we give our best time, our best energy, our deepest thoughts, and our greatest resources often shows what we truly worship.</w:t>
      </w:r>
    </w:p>
    <w:p w14:paraId="16E59776" w14:textId="77777777" w:rsidR="00766146" w:rsidRDefault="00D867D8">
      <w:r>
        <w:t>We may say, “Jesus is number one in my life.”</w:t>
      </w:r>
    </w:p>
    <w:p w14:paraId="00F05194" w14:textId="77777777" w:rsidR="00766146" w:rsidRDefault="00D867D8">
      <w:r>
        <w:t>But our calendar may tell a different story.</w:t>
      </w:r>
    </w:p>
    <w:p w14:paraId="1E7647BA" w14:textId="77777777" w:rsidR="00766146" w:rsidRDefault="00D867D8">
      <w:r>
        <w:t>Our bank account may tell a different story.</w:t>
      </w:r>
    </w:p>
    <w:p w14:paraId="3AAA5D73" w14:textId="77777777" w:rsidR="00766146" w:rsidRDefault="00D867D8">
      <w:r>
        <w:t>The way we use our phone may tell a different story.</w:t>
      </w:r>
    </w:p>
    <w:p w14:paraId="34CFD091" w14:textId="77777777" w:rsidR="00766146" w:rsidRDefault="00D867D8">
      <w:r>
        <w:t>Our thoughts may tell a different story.</w:t>
      </w:r>
    </w:p>
    <w:p w14:paraId="23812D5C" w14:textId="77777777" w:rsidR="00766146" w:rsidRDefault="00D867D8">
      <w:r>
        <w:t>Mary’s worship was not only words.</w:t>
      </w:r>
    </w:p>
    <w:p w14:paraId="2DB5DE5E" w14:textId="77777777" w:rsidR="00766146" w:rsidRDefault="00D867D8">
      <w:r>
        <w:rPr>
          <w:b/>
        </w:rPr>
        <w:t>She poured out something precious.</w:t>
      </w:r>
    </w:p>
    <w:p w14:paraId="35207B9D" w14:textId="77777777" w:rsidR="00766146" w:rsidRDefault="00D867D8">
      <w:r>
        <w:t>She also wiped Jesus’ feet with her hair.</w:t>
      </w:r>
    </w:p>
    <w:p w14:paraId="3A330A1B" w14:textId="77777777" w:rsidR="00766146" w:rsidRDefault="00D867D8">
      <w:r>
        <w:t>This was an act of deep humility.</w:t>
      </w:r>
    </w:p>
    <w:p w14:paraId="53178001" w14:textId="77777777" w:rsidR="00766146" w:rsidRDefault="00D867D8">
      <w:r>
        <w:t>She was not thinking, “What will people think about me?”</w:t>
      </w:r>
    </w:p>
    <w:p w14:paraId="47968A2B" w14:textId="77777777" w:rsidR="00766146" w:rsidRDefault="00D867D8">
      <w:r>
        <w:t>She was focused on Jesus.</w:t>
      </w:r>
    </w:p>
    <w:p w14:paraId="753F6B5C" w14:textId="77777777" w:rsidR="00766146" w:rsidRDefault="00D867D8">
      <w:r>
        <w:lastRenderedPageBreak/>
        <w:t>True worship sometimes makes us forget about ourselves because our eyes are fixed on Christ.</w:t>
      </w:r>
    </w:p>
    <w:p w14:paraId="1D069D2A" w14:textId="77777777" w:rsidR="00766146" w:rsidRDefault="00D867D8">
      <w:r>
        <w:t>Sometimes we come to worship, but our minds are thinking about many things other than Jesus.</w:t>
      </w:r>
    </w:p>
    <w:p w14:paraId="21C80796" w14:textId="77777777" w:rsidR="00766146" w:rsidRDefault="00D867D8">
      <w:r>
        <w:t>“Did someone send me a message?”</w:t>
      </w:r>
    </w:p>
    <w:p w14:paraId="11D7C93B" w14:textId="77777777" w:rsidR="00766146" w:rsidRDefault="00D867D8">
      <w:r>
        <w:t>“Is there anything interesting on my phone?”</w:t>
      </w:r>
    </w:p>
    <w:p w14:paraId="1E4F97B4" w14:textId="77777777" w:rsidR="00766146" w:rsidRDefault="00D867D8">
      <w:r>
        <w:t>“What am I going to eat after church?”</w:t>
      </w:r>
    </w:p>
    <w:p w14:paraId="6E7BA1DD" w14:textId="77777777" w:rsidR="00766146" w:rsidRDefault="00D867D8">
      <w:r>
        <w:t>“Did that person reply to me?”</w:t>
      </w:r>
    </w:p>
    <w:p w14:paraId="17FD9472" w14:textId="77777777" w:rsidR="00766146" w:rsidRDefault="00D867D8">
      <w:r>
        <w:t>But Mary had only one focus.</w:t>
      </w:r>
    </w:p>
    <w:p w14:paraId="7634A850" w14:textId="77777777" w:rsidR="00766146" w:rsidRDefault="00D867D8">
      <w:r>
        <w:rPr>
          <w:b/>
        </w:rPr>
        <w:t>Jesus.</w:t>
      </w:r>
    </w:p>
    <w:p w14:paraId="5D29E92A" w14:textId="77777777" w:rsidR="00766146" w:rsidRDefault="00D867D8">
      <w:r>
        <w:t>When Jesus becomes precious to us, our worship changes.</w:t>
      </w:r>
    </w:p>
    <w:p w14:paraId="2BE2E3E0" w14:textId="77777777" w:rsidR="00766146" w:rsidRDefault="00D867D8">
      <w:r>
        <w:t>Our attention changes.</w:t>
      </w:r>
    </w:p>
    <w:p w14:paraId="3A4CC644" w14:textId="77777777" w:rsidR="00766146" w:rsidRDefault="00D867D8">
      <w:r>
        <w:t>Our priorities change.</w:t>
      </w:r>
    </w:p>
    <w:p w14:paraId="2E5EF9E4" w14:textId="77777777" w:rsidR="00766146" w:rsidRDefault="00D867D8">
      <w:r>
        <w:t>The way we use our money changes.</w:t>
      </w:r>
    </w:p>
    <w:p w14:paraId="0CA57BD8" w14:textId="77777777" w:rsidR="00766146" w:rsidRDefault="00D867D8">
      <w:r>
        <w:t>The way we use our time changes.</w:t>
      </w:r>
    </w:p>
    <w:p w14:paraId="438CC30B" w14:textId="77777777" w:rsidR="00766146" w:rsidRDefault="00D867D8">
      <w:r>
        <w:t>Even the way we treat other people changes.</w:t>
      </w:r>
    </w:p>
    <w:p w14:paraId="0A2351F8" w14:textId="77777777" w:rsidR="00766146" w:rsidRDefault="00D867D8">
      <w:r>
        <w:t>And then something beautiful happens.</w:t>
      </w:r>
    </w:p>
    <w:p w14:paraId="080C49D3" w14:textId="77777777" w:rsidR="00766146" w:rsidRDefault="00D867D8">
      <w:r>
        <w:t>John says,</w:t>
      </w:r>
    </w:p>
    <w:p w14:paraId="5A78D601" w14:textId="77777777" w:rsidR="00766146" w:rsidRDefault="00D867D8">
      <w:pPr>
        <w:ind w:left="432" w:right="216"/>
      </w:pPr>
      <w:r>
        <w:rPr>
          <w:i/>
        </w:rPr>
        <w:t>“The house was filled with the fragrance of the perfume.”</w:t>
      </w:r>
    </w:p>
    <w:p w14:paraId="68B6C099" w14:textId="77777777" w:rsidR="00766146" w:rsidRDefault="00D867D8">
      <w:r>
        <w:t>Mary poured the perfume on Jesus, but everyone in the house could smell it.</w:t>
      </w:r>
    </w:p>
    <w:p w14:paraId="46079E6D" w14:textId="77777777" w:rsidR="00766146" w:rsidRDefault="00D867D8">
      <w:r>
        <w:t>This is a beautiful picture of the Christian life.</w:t>
      </w:r>
    </w:p>
    <w:p w14:paraId="2D558434" w14:textId="77777777" w:rsidR="00766146" w:rsidRDefault="00D867D8">
      <w:r>
        <w:t>When we truly love Jesus, the fragrance does not remain only between Jesus and us.</w:t>
      </w:r>
    </w:p>
    <w:p w14:paraId="44BD991B" w14:textId="77777777" w:rsidR="00766146" w:rsidRDefault="00D867D8">
      <w:r>
        <w:rPr>
          <w:b/>
        </w:rPr>
        <w:t>It spreads.</w:t>
      </w:r>
    </w:p>
    <w:p w14:paraId="38A76EF6" w14:textId="77777777" w:rsidR="00766146" w:rsidRDefault="00D867D8">
      <w:r>
        <w:t>Our family experiences it.</w:t>
      </w:r>
    </w:p>
    <w:p w14:paraId="0A589828" w14:textId="77777777" w:rsidR="00766146" w:rsidRDefault="00D867D8">
      <w:r>
        <w:t>Our friends experience it.</w:t>
      </w:r>
    </w:p>
    <w:p w14:paraId="03D1E045" w14:textId="77777777" w:rsidR="00766146" w:rsidRDefault="00D867D8">
      <w:r>
        <w:t>Our workmates experience it.</w:t>
      </w:r>
    </w:p>
    <w:p w14:paraId="25957136" w14:textId="77777777" w:rsidR="00766146" w:rsidRDefault="00D867D8">
      <w:r>
        <w:t>Our classmates experience it.</w:t>
      </w:r>
    </w:p>
    <w:p w14:paraId="7124FCA8" w14:textId="77777777" w:rsidR="00766146" w:rsidRDefault="00D867D8">
      <w:r>
        <w:t>Our church experiences it.</w:t>
      </w:r>
    </w:p>
    <w:p w14:paraId="32FDA348" w14:textId="77777777" w:rsidR="00766146" w:rsidRDefault="00D867D8">
      <w:r>
        <w:t>When we spend time with Jesus, love Him, and obey Him, the beauty of Jesus slowly begins to appear through our lives.</w:t>
      </w:r>
    </w:p>
    <w:p w14:paraId="476DCA5C" w14:textId="77777777" w:rsidR="00766146" w:rsidRDefault="00D867D8">
      <w:r>
        <w:t>People may begin to notice.</w:t>
      </w:r>
    </w:p>
    <w:p w14:paraId="59F91705" w14:textId="77777777" w:rsidR="00766146" w:rsidRDefault="00D867D8">
      <w:r>
        <w:t>“You used to get angry so easily. What happened?”</w:t>
      </w:r>
    </w:p>
    <w:p w14:paraId="43F4EE5D" w14:textId="77777777" w:rsidR="00766146" w:rsidRDefault="00D867D8">
      <w:r>
        <w:t>“You seem different.”</w:t>
      </w:r>
    </w:p>
    <w:p w14:paraId="26692D91" w14:textId="77777777" w:rsidR="00766146" w:rsidRDefault="00D867D8">
      <w:r>
        <w:lastRenderedPageBreak/>
        <w:t>“Why did you forgive that person?”</w:t>
      </w:r>
    </w:p>
    <w:p w14:paraId="2C05EDF7" w14:textId="77777777" w:rsidR="00766146" w:rsidRDefault="00D867D8">
      <w:r>
        <w:t>“Why do you serve people like that?”</w:t>
      </w:r>
    </w:p>
    <w:p w14:paraId="7A86F1D9" w14:textId="77777777" w:rsidR="00766146" w:rsidRDefault="00D867D8">
      <w:r>
        <w:t>“How can you have peace in this difficult situation?”</w:t>
      </w:r>
    </w:p>
    <w:p w14:paraId="25F8F8DC" w14:textId="77777777" w:rsidR="00766146" w:rsidRDefault="00D867D8">
      <w:r>
        <w:t>That is the fragrance of Christ.</w:t>
      </w:r>
    </w:p>
    <w:p w14:paraId="5B6FE078" w14:textId="77777777" w:rsidR="00766146" w:rsidRDefault="00D867D8">
      <w:r>
        <w:t>So remember and think deeply about the amazing love of Jesus, who first gave Himself for us.</w:t>
      </w:r>
    </w:p>
    <w:p w14:paraId="6E033F8C" w14:textId="77777777" w:rsidR="00766146" w:rsidRDefault="00D867D8">
      <w:r>
        <w:t>Then the fragrance of His love will naturally begin to flow through our lives.</w:t>
      </w:r>
    </w:p>
    <w:p w14:paraId="0DA9C38A" w14:textId="77777777" w:rsidR="00766146" w:rsidRDefault="00D867D8">
      <w:pPr>
        <w:pStyle w:val="Heading1"/>
      </w:pPr>
      <w:r>
        <w:t>2. When We Do Not Know the Value of Jesus, We Judge by the Values of the World</w:t>
      </w:r>
    </w:p>
    <w:p w14:paraId="44BF4B57" w14:textId="77777777" w:rsidR="00766146" w:rsidRDefault="00D867D8">
      <w:r>
        <w:t>Now Judas sees exactly the same event.</w:t>
      </w:r>
    </w:p>
    <w:p w14:paraId="79BA2A02" w14:textId="77777777" w:rsidR="00766146" w:rsidRDefault="00D867D8">
      <w:r>
        <w:t>He sees Mary pouring out the perfume.</w:t>
      </w:r>
    </w:p>
    <w:p w14:paraId="75EA9405" w14:textId="77777777" w:rsidR="00766146" w:rsidRDefault="00D867D8">
      <w:r>
        <w:t>He smells the same fragrance.</w:t>
      </w:r>
    </w:p>
    <w:p w14:paraId="433D896A" w14:textId="77777777" w:rsidR="00766146" w:rsidRDefault="00D867D8">
      <w:r>
        <w:t>But his response is completely different.</w:t>
      </w:r>
    </w:p>
    <w:p w14:paraId="2ACD7C41" w14:textId="77777777" w:rsidR="00766146" w:rsidRDefault="00D867D8">
      <w:r>
        <w:t>He says,</w:t>
      </w:r>
    </w:p>
    <w:p w14:paraId="28248DCD" w14:textId="77777777" w:rsidR="00766146" w:rsidRDefault="00D867D8">
      <w:pPr>
        <w:ind w:left="432" w:right="216"/>
      </w:pPr>
      <w:r>
        <w:rPr>
          <w:i/>
        </w:rPr>
        <w:t>“Why wasn’t this perfume sold for three hundred denarii and the money given to the poor?”</w:t>
      </w:r>
    </w:p>
    <w:p w14:paraId="1D60B031" w14:textId="77777777" w:rsidR="00766146" w:rsidRDefault="00D867D8">
      <w:r>
        <w:t>That sounds very spiritual, doesn’t it?</w:t>
      </w:r>
    </w:p>
    <w:p w14:paraId="2153FC8D" w14:textId="77777777" w:rsidR="00766146" w:rsidRDefault="00D867D8">
      <w:r>
        <w:t>It sounds like Judas really cares about poor people.</w:t>
      </w:r>
    </w:p>
    <w:p w14:paraId="2E0C8245" w14:textId="77777777" w:rsidR="00766146" w:rsidRDefault="00D867D8">
      <w:r>
        <w:t>But John tells us the truth.</w:t>
      </w:r>
    </w:p>
    <w:p w14:paraId="30EE4AC3" w14:textId="77777777" w:rsidR="00766146" w:rsidRDefault="00D867D8">
      <w:r>
        <w:t>Judas did not say this because he cared about the poor.</w:t>
      </w:r>
    </w:p>
    <w:p w14:paraId="40B6EF6F" w14:textId="77777777" w:rsidR="00766146" w:rsidRDefault="00D867D8">
      <w:r>
        <w:rPr>
          <w:b/>
        </w:rPr>
        <w:t>Judas was a thief.</w:t>
      </w:r>
    </w:p>
    <w:p w14:paraId="450C51F0" w14:textId="77777777" w:rsidR="00766146" w:rsidRDefault="00D867D8">
      <w:r>
        <w:t>He was in charge of the money bag, and he used to take money from it for himself.</w:t>
      </w:r>
    </w:p>
    <w:p w14:paraId="04B02B26" w14:textId="77777777" w:rsidR="00766146" w:rsidRDefault="00D867D8">
      <w:r>
        <w:t>This is frightening.</w:t>
      </w:r>
    </w:p>
    <w:p w14:paraId="757404CD" w14:textId="77777777" w:rsidR="00766146" w:rsidRDefault="00D867D8">
      <w:r>
        <w:t>Judas knew how to use spiritual words to hide an unspiritual heart.</w:t>
      </w:r>
    </w:p>
    <w:p w14:paraId="7EE92EEB" w14:textId="77777777" w:rsidR="00766146" w:rsidRDefault="00D867D8">
      <w:r>
        <w:t>He talked about helping the poor.</w:t>
      </w:r>
    </w:p>
    <w:p w14:paraId="52B9F6B7" w14:textId="77777777" w:rsidR="00766146" w:rsidRDefault="00D867D8">
      <w:r>
        <w:t>But inside his heart was greed.</w:t>
      </w:r>
    </w:p>
    <w:p w14:paraId="433AA25F" w14:textId="77777777" w:rsidR="00766146" w:rsidRDefault="00D867D8">
      <w:r>
        <w:t>He wanted money.</w:t>
      </w:r>
    </w:p>
    <w:p w14:paraId="3B73F2D3" w14:textId="77777777" w:rsidR="00766146" w:rsidRDefault="00D867D8">
      <w:r>
        <w:t>The same thing can happen to us.</w:t>
      </w:r>
    </w:p>
    <w:p w14:paraId="6A375A19" w14:textId="77777777" w:rsidR="00766146" w:rsidRDefault="00D867D8">
      <w:r>
        <w:t>Sometimes the real problem inside us is fear, but we say, “There is nothing I can do about the situation.”</w:t>
      </w:r>
    </w:p>
    <w:p w14:paraId="68885BED" w14:textId="77777777" w:rsidR="00766146" w:rsidRDefault="00D867D8">
      <w:r>
        <w:t>Sometimes the real problem is that Jesus is no longer our first priority, but we simply say, “I am too busy.”</w:t>
      </w:r>
    </w:p>
    <w:p w14:paraId="523B940C" w14:textId="77777777" w:rsidR="00766146" w:rsidRDefault="00D867D8">
      <w:r>
        <w:lastRenderedPageBreak/>
        <w:t>Sometimes we even criticise another person’s devotion to Jesus because their devotion makes us uncomfortable about our own lack of devotion.</w:t>
      </w:r>
    </w:p>
    <w:p w14:paraId="52AB815A" w14:textId="77777777" w:rsidR="00766146" w:rsidRDefault="00D867D8">
      <w:r>
        <w:t>That was Judas.</w:t>
      </w:r>
    </w:p>
    <w:p w14:paraId="188E303D" w14:textId="77777777" w:rsidR="00766146" w:rsidRDefault="00D867D8">
      <w:r>
        <w:t>Mary looked at Jesus and saw His value.</w:t>
      </w:r>
    </w:p>
    <w:p w14:paraId="21DD6622" w14:textId="77777777" w:rsidR="00766146" w:rsidRDefault="00D867D8">
      <w:r>
        <w:t>Judas looked at the perfume and saw its price.</w:t>
      </w:r>
    </w:p>
    <w:p w14:paraId="45A3F540" w14:textId="77777777" w:rsidR="00766146" w:rsidRDefault="00D867D8">
      <w:r>
        <w:t>He thought, “How much money is this worth?”</w:t>
      </w:r>
    </w:p>
    <w:p w14:paraId="3E047C5B" w14:textId="77777777" w:rsidR="00766146" w:rsidRDefault="00D867D8">
      <w:r>
        <w:t>That is the difference.</w:t>
      </w:r>
    </w:p>
    <w:p w14:paraId="4D237C4F" w14:textId="77777777" w:rsidR="00766146" w:rsidRDefault="00D867D8">
      <w:r>
        <w:t>Mary poured out what belonged to her.</w:t>
      </w:r>
    </w:p>
    <w:p w14:paraId="6564C6F4" w14:textId="77777777" w:rsidR="00766146" w:rsidRDefault="00D867D8">
      <w:r>
        <w:t>Judas stole what had been given to Jesus.</w:t>
      </w:r>
    </w:p>
    <w:p w14:paraId="663159D4" w14:textId="77777777" w:rsidR="00766146" w:rsidRDefault="00D867D8">
      <w:r>
        <w:t>Mary loved Jesus more than money.</w:t>
      </w:r>
    </w:p>
    <w:p w14:paraId="0E4FF608" w14:textId="77777777" w:rsidR="00766146" w:rsidRDefault="00D867D8">
      <w:r>
        <w:t>Judas loved money more than Jesus.</w:t>
      </w:r>
    </w:p>
    <w:p w14:paraId="2C9E467B" w14:textId="77777777" w:rsidR="00766146" w:rsidRDefault="00D867D8">
      <w:r>
        <w:t>And eventually, Judas sold Jesus for thirty pieces of silver.</w:t>
      </w:r>
    </w:p>
    <w:p w14:paraId="4F02B1A7" w14:textId="77777777" w:rsidR="00766146" w:rsidRDefault="00D867D8">
      <w:r>
        <w:t>Think about how tragic that is.</w:t>
      </w:r>
    </w:p>
    <w:p w14:paraId="35662CC2" w14:textId="77777777" w:rsidR="00766146" w:rsidRDefault="00D867D8">
      <w:r>
        <w:t>To Mary, Jesus was worth more than one year’s wages.</w:t>
      </w:r>
    </w:p>
    <w:p w14:paraId="2BCFE731" w14:textId="77777777" w:rsidR="00766146" w:rsidRDefault="00D867D8">
      <w:r>
        <w:t>But Judas put a price of only thirty pieces of silver on Jesus.</w:t>
      </w:r>
    </w:p>
    <w:p w14:paraId="61E51F09" w14:textId="77777777" w:rsidR="00766146" w:rsidRDefault="00D867D8">
      <w:r>
        <w:t>Both Mary and Judas heard Jesus teach.</w:t>
      </w:r>
    </w:p>
    <w:p w14:paraId="2DE48D1D" w14:textId="77777777" w:rsidR="00766146" w:rsidRDefault="00D867D8">
      <w:r>
        <w:t>Both of them saw His miracles.</w:t>
      </w:r>
    </w:p>
    <w:p w14:paraId="34065A24" w14:textId="77777777" w:rsidR="00766146" w:rsidRDefault="00D867D8">
      <w:r>
        <w:t>But only one of them understood how precious Jesus really was.</w:t>
      </w:r>
    </w:p>
    <w:p w14:paraId="72BCF14A" w14:textId="77777777" w:rsidR="00766146" w:rsidRDefault="00D867D8">
      <w:r>
        <w:t>Being physically close to Jesus does not automatically mean that our hearts belong to Him.</w:t>
      </w:r>
    </w:p>
    <w:p w14:paraId="55819865" w14:textId="77777777" w:rsidR="00766146" w:rsidRDefault="00D867D8">
      <w:r>
        <w:t>We can come to church.</w:t>
      </w:r>
    </w:p>
    <w:p w14:paraId="67C045E9" w14:textId="77777777" w:rsidR="00766146" w:rsidRDefault="00D867D8">
      <w:r>
        <w:t>We can sing worship songs.</w:t>
      </w:r>
    </w:p>
    <w:p w14:paraId="5646F913" w14:textId="77777777" w:rsidR="00766146" w:rsidRDefault="00D867D8">
      <w:r>
        <w:t>We can listen to sermons.</w:t>
      </w:r>
    </w:p>
    <w:p w14:paraId="7BCE2A49" w14:textId="77777777" w:rsidR="00766146" w:rsidRDefault="00D867D8">
      <w:r>
        <w:t>We can serve.</w:t>
      </w:r>
    </w:p>
    <w:p w14:paraId="2F39314D" w14:textId="77777777" w:rsidR="00766146" w:rsidRDefault="00D867D8">
      <w:r>
        <w:t>We can even have important responsibilities in the church.</w:t>
      </w:r>
    </w:p>
    <w:p w14:paraId="40251756" w14:textId="77777777" w:rsidR="00766146" w:rsidRDefault="00D867D8">
      <w:r>
        <w:t>But the important question is:</w:t>
      </w:r>
    </w:p>
    <w:p w14:paraId="69FD1934" w14:textId="77777777" w:rsidR="00766146" w:rsidRDefault="00D867D8">
      <w:r>
        <w:rPr>
          <w:b/>
        </w:rPr>
        <w:t>What does my heart truly desire?</w:t>
      </w:r>
    </w:p>
    <w:p w14:paraId="2DBCCD5D" w14:textId="77777777" w:rsidR="00766146" w:rsidRDefault="00D867D8">
      <w:r>
        <w:t>When Judas complains about Mary, Jesus gives a very strong command.</w:t>
      </w:r>
    </w:p>
    <w:p w14:paraId="3F1F2AB9" w14:textId="77777777" w:rsidR="00766146" w:rsidRDefault="00D867D8">
      <w:pPr>
        <w:ind w:left="432" w:right="216"/>
      </w:pPr>
      <w:r>
        <w:rPr>
          <w:i/>
        </w:rPr>
        <w:t>“Leave her alone.”</w:t>
      </w:r>
    </w:p>
    <w:p w14:paraId="29B6CF0E" w14:textId="77777777" w:rsidR="00766146" w:rsidRDefault="00D867D8">
      <w:r>
        <w:t>Jesus protects Mary.</w:t>
      </w:r>
    </w:p>
    <w:p w14:paraId="65320960" w14:textId="77777777" w:rsidR="00766146" w:rsidRDefault="00D867D8">
      <w:r>
        <w:t>Why?</w:t>
      </w:r>
    </w:p>
    <w:p w14:paraId="4B9E980B" w14:textId="77777777" w:rsidR="00766146" w:rsidRDefault="00D867D8">
      <w:r>
        <w:t>Because Jesus knew her heart.</w:t>
      </w:r>
    </w:p>
    <w:p w14:paraId="1E3BB49E" w14:textId="77777777" w:rsidR="00766146" w:rsidRDefault="00D867D8">
      <w:r>
        <w:t>Other people saw wasted perfume.</w:t>
      </w:r>
    </w:p>
    <w:p w14:paraId="738CC3F9" w14:textId="77777777" w:rsidR="00766146" w:rsidRDefault="00D867D8">
      <w:r>
        <w:lastRenderedPageBreak/>
        <w:t>Jesus saw true worship.</w:t>
      </w:r>
    </w:p>
    <w:p w14:paraId="7A471898" w14:textId="77777777" w:rsidR="00766146" w:rsidRDefault="00D867D8">
      <w:r>
        <w:t>Other people saw unnecessary spending.</w:t>
      </w:r>
    </w:p>
    <w:p w14:paraId="14878A10" w14:textId="77777777" w:rsidR="00766146" w:rsidRDefault="00D867D8">
      <w:r>
        <w:t>Jesus saw Mary’s sincere love.</w:t>
      </w:r>
    </w:p>
    <w:p w14:paraId="2EC8519E" w14:textId="77777777" w:rsidR="00766146" w:rsidRDefault="00D867D8">
      <w:r>
        <w:t>Jesus then connects Mary’s action with His coming burial.</w:t>
      </w:r>
    </w:p>
    <w:p w14:paraId="55EFF104" w14:textId="77777777" w:rsidR="00766146" w:rsidRDefault="00D867D8">
      <w:r>
        <w:t>Mary probably did not understand everything that was going to happen.</w:t>
      </w:r>
    </w:p>
    <w:p w14:paraId="70FDFF64" w14:textId="77777777" w:rsidR="00766146" w:rsidRDefault="00D867D8">
      <w:r>
        <w:t>But Jesus knew.</w:t>
      </w:r>
    </w:p>
    <w:p w14:paraId="5B3B9078" w14:textId="77777777" w:rsidR="00766146" w:rsidRDefault="00D867D8">
      <w:r>
        <w:t>The cross was only a few days away.</w:t>
      </w:r>
    </w:p>
    <w:p w14:paraId="17223013" w14:textId="77777777" w:rsidR="00766146" w:rsidRDefault="00D867D8">
      <w:r>
        <w:t>Soon Jesus would give His life.</w:t>
      </w:r>
    </w:p>
    <w:p w14:paraId="159B12A2" w14:textId="77777777" w:rsidR="00766146" w:rsidRDefault="00D867D8">
      <w:r>
        <w:t>And Mary’s perfume became part of the preparation for His burial.</w:t>
      </w:r>
    </w:p>
    <w:p w14:paraId="7926A07F" w14:textId="77777777" w:rsidR="00766146" w:rsidRDefault="00D867D8">
      <w:r>
        <w:t>There is something very beautiful here.</w:t>
      </w:r>
    </w:p>
    <w:p w14:paraId="59E82B8F" w14:textId="77777777" w:rsidR="00766146" w:rsidRDefault="00D867D8">
      <w:r>
        <w:t>Mary poured out something precious for Jesus.</w:t>
      </w:r>
    </w:p>
    <w:p w14:paraId="3ADBFDB8" w14:textId="77777777" w:rsidR="00766146" w:rsidRDefault="00D867D8">
      <w:r>
        <w:t>But soon Jesus would pour out something infinitely more precious for Mary.</w:t>
      </w:r>
    </w:p>
    <w:p w14:paraId="24A13D7C" w14:textId="77777777" w:rsidR="00766146" w:rsidRDefault="00D867D8">
      <w:r>
        <w:rPr>
          <w:b/>
        </w:rPr>
        <w:t>His own life.</w:t>
      </w:r>
    </w:p>
    <w:p w14:paraId="58C07604" w14:textId="77777777" w:rsidR="00766146" w:rsidRDefault="00D867D8">
      <w:r>
        <w:t>Ephesians 5:2 tells us that Christ gave Himself for us as a fragrant offering and sacrifice to God.</w:t>
      </w:r>
    </w:p>
    <w:p w14:paraId="6A7C6B97" w14:textId="77777777" w:rsidR="00766146" w:rsidRDefault="00D867D8">
      <w:r>
        <w:t>Mary poured out perfume.</w:t>
      </w:r>
    </w:p>
    <w:p w14:paraId="42386E86" w14:textId="77777777" w:rsidR="00766146" w:rsidRDefault="00D867D8">
      <w:r>
        <w:t>Jesus poured out His blood.</w:t>
      </w:r>
    </w:p>
    <w:p w14:paraId="09F4EF63" w14:textId="77777777" w:rsidR="00766146" w:rsidRDefault="00D867D8">
      <w:r>
        <w:t>Mary gave something worth almost one year’s wages.</w:t>
      </w:r>
    </w:p>
    <w:p w14:paraId="1490613D" w14:textId="77777777" w:rsidR="00766146" w:rsidRDefault="00D867D8">
      <w:r>
        <w:t>Jesus gave His life.</w:t>
      </w:r>
    </w:p>
    <w:p w14:paraId="01EF2473" w14:textId="77777777" w:rsidR="00766146" w:rsidRDefault="00D867D8">
      <w:r>
        <w:t>Mary’s sacrifice was great.</w:t>
      </w:r>
    </w:p>
    <w:p w14:paraId="4E560799" w14:textId="77777777" w:rsidR="00766146" w:rsidRDefault="00D867D8">
      <w:r>
        <w:t>But Christ’s sacrifice was infinitely greater.</w:t>
      </w:r>
    </w:p>
    <w:p w14:paraId="556E5EC9" w14:textId="77777777" w:rsidR="00766146" w:rsidRDefault="00D867D8">
      <w:r>
        <w:t>That is why Christian worship is not mainly about what we give to Jesus.</w:t>
      </w:r>
    </w:p>
    <w:p w14:paraId="06372C93" w14:textId="77777777" w:rsidR="00766146" w:rsidRDefault="00D867D8">
      <w:r>
        <w:t>Worship begins by remembering what Jesus has already given to us.</w:t>
      </w:r>
    </w:p>
    <w:p w14:paraId="0DB5B7EE" w14:textId="77777777" w:rsidR="00766146" w:rsidRDefault="00D867D8">
      <w:r>
        <w:t>He gave Himself.</w:t>
      </w:r>
    </w:p>
    <w:p w14:paraId="0F5DE59A" w14:textId="77777777" w:rsidR="00766146" w:rsidRDefault="00D867D8">
      <w:r>
        <w:t>On the cross Jesus did not say, “This is too much.”</w:t>
      </w:r>
    </w:p>
    <w:p w14:paraId="203E0B01" w14:textId="77777777" w:rsidR="00766146" w:rsidRDefault="00D867D8">
      <w:r>
        <w:t>He did not calculate how much we deserved.</w:t>
      </w:r>
    </w:p>
    <w:p w14:paraId="0738F8D6" w14:textId="77777777" w:rsidR="00766146" w:rsidRDefault="00D867D8">
      <w:r>
        <w:t>He gave Himself completely.</w:t>
      </w:r>
    </w:p>
    <w:p w14:paraId="2FAEEA8E" w14:textId="77777777" w:rsidR="00766146" w:rsidRDefault="00D867D8">
      <w:r>
        <w:t>When we understand this love, our question changes.</w:t>
      </w:r>
    </w:p>
    <w:p w14:paraId="646927FE" w14:textId="77777777" w:rsidR="00766146" w:rsidRDefault="00D867D8">
      <w:r>
        <w:t>Instead of asking, “How much do I have to give Jesus?” we begin to ask,</w:t>
      </w:r>
    </w:p>
    <w:p w14:paraId="31303662" w14:textId="77777777" w:rsidR="00766146" w:rsidRDefault="00D867D8">
      <w:pPr>
        <w:ind w:left="432" w:right="216"/>
      </w:pPr>
      <w:r>
        <w:rPr>
          <w:i/>
        </w:rPr>
        <w:t>“Jesus, after everything You have done for me, how can I live for You?”</w:t>
      </w:r>
    </w:p>
    <w:p w14:paraId="4FB55219" w14:textId="77777777" w:rsidR="000D3CDC" w:rsidRDefault="000D3CDC" w:rsidP="000D3CDC">
      <w:pPr>
        <w:pStyle w:val="Heading1"/>
      </w:pPr>
      <w:r>
        <w:lastRenderedPageBreak/>
        <w:t>3. A Life That Has Truly Met Jesus Has a Different Fragrance</w:t>
      </w:r>
    </w:p>
    <w:p w14:paraId="7A1B68FD" w14:textId="77777777" w:rsidR="000D3CDC" w:rsidRDefault="000D3CDC" w:rsidP="000D3CDC">
      <w:r>
        <w:t>There are several different kinds of people in this passage.</w:t>
      </w:r>
    </w:p>
    <w:p w14:paraId="08979EEF" w14:textId="77777777" w:rsidR="000D3CDC" w:rsidRDefault="000D3CDC" w:rsidP="000D3CDC">
      <w:r>
        <w:t>And it is almost as if each person has a different kind of “smell.”</w:t>
      </w:r>
    </w:p>
    <w:p w14:paraId="3BB8F564" w14:textId="77777777" w:rsidR="000D3CDC" w:rsidRDefault="000D3CDC" w:rsidP="000D3CDC">
      <w:r>
        <w:t>Mary’s life is filled with the fragrance of worship.</w:t>
      </w:r>
    </w:p>
    <w:p w14:paraId="41AACA81" w14:textId="77777777" w:rsidR="000D3CDC" w:rsidRDefault="000D3CDC" w:rsidP="000D3CDC">
      <w:r>
        <w:t>Judas’ heart is filled with the smell of greed.</w:t>
      </w:r>
    </w:p>
    <w:p w14:paraId="50279426" w14:textId="77777777" w:rsidR="000D3CDC" w:rsidRDefault="000D3CDC" w:rsidP="000D3CDC">
      <w:r>
        <w:t>And the religious leaders are filled with hatred and the desire to kill.</w:t>
      </w:r>
    </w:p>
    <w:p w14:paraId="196B551E" w14:textId="77777777" w:rsidR="000D3CDC" w:rsidRDefault="000D3CDC" w:rsidP="000D3CDC">
      <w:r>
        <w:t>Because many people started believing in Jesus because of Lazarus, the chief priests even decided that Lazarus must die.</w:t>
      </w:r>
    </w:p>
    <w:p w14:paraId="45AD152C" w14:textId="77777777" w:rsidR="000D3CDC" w:rsidRDefault="000D3CDC" w:rsidP="000D3CDC">
      <w:r>
        <w:t>Think about that.</w:t>
      </w:r>
    </w:p>
    <w:p w14:paraId="1C121872" w14:textId="77777777" w:rsidR="000D3CDC" w:rsidRDefault="000D3CDC" w:rsidP="000D3CDC">
      <w:r>
        <w:t>Jesus gives life.</w:t>
      </w:r>
    </w:p>
    <w:p w14:paraId="7D40909F" w14:textId="77777777" w:rsidR="000D3CDC" w:rsidRDefault="000D3CDC" w:rsidP="000D3CDC">
      <w:r>
        <w:t>But they want to kill both Jesus and Lazarus.</w:t>
      </w:r>
    </w:p>
    <w:p w14:paraId="30F92158" w14:textId="77777777" w:rsidR="000D3CDC" w:rsidRDefault="000D3CDC" w:rsidP="000D3CDC">
      <w:r>
        <w:t>The hearts of religious leaders had become so hard that even the miracle of resurrection did not lead them to worship Jesus.</w:t>
      </w:r>
    </w:p>
    <w:p w14:paraId="6080F0ED" w14:textId="77777777" w:rsidR="000D3CDC" w:rsidRDefault="000D3CDC" w:rsidP="000D3CDC">
      <w:r>
        <w:t>Instead, it led them to murder.</w:t>
      </w:r>
    </w:p>
    <w:p w14:paraId="4DA7AAA2" w14:textId="77777777" w:rsidR="000D3CDC" w:rsidRDefault="000D3CDC" w:rsidP="000D3CDC">
      <w:r>
        <w:t>The same Jesus can stand before different people, and they can respond in completely different ways.</w:t>
      </w:r>
    </w:p>
    <w:p w14:paraId="3449F054" w14:textId="77777777" w:rsidR="000D3CDC" w:rsidRDefault="000D3CDC" w:rsidP="000D3CDC">
      <w:r>
        <w:rPr>
          <w:b/>
        </w:rPr>
        <w:t>Mary worships. Judas calculates. The religious leaders plan to kill.</w:t>
      </w:r>
    </w:p>
    <w:p w14:paraId="13959A70" w14:textId="77777777" w:rsidR="000D3CDC" w:rsidRDefault="000D3CDC" w:rsidP="000D3CDC">
      <w:proofErr w:type="gramStart"/>
      <w:r>
        <w:t>So</w:t>
      </w:r>
      <w:proofErr w:type="gramEnd"/>
      <w:r>
        <w:t xml:space="preserve"> the real question is:</w:t>
      </w:r>
    </w:p>
    <w:p w14:paraId="6D527EF2" w14:textId="77777777" w:rsidR="000D3CDC" w:rsidRDefault="000D3CDC" w:rsidP="000D3CDC">
      <w:r>
        <w:rPr>
          <w:b/>
        </w:rPr>
        <w:t>How am I responding to Jesus?</w:t>
      </w:r>
    </w:p>
    <w:p w14:paraId="10DCF5F7" w14:textId="77777777" w:rsidR="000D3CDC" w:rsidRDefault="000D3CDC" w:rsidP="000D3CDC">
      <w:r>
        <w:t>What kind of fragrance comes from my life?</w:t>
      </w:r>
    </w:p>
    <w:p w14:paraId="07D4B55D" w14:textId="77777777" w:rsidR="000D3CDC" w:rsidRDefault="000D3CDC" w:rsidP="000D3CDC">
      <w:r>
        <w:t>When people spend time with me, what do they experience?</w:t>
      </w:r>
    </w:p>
    <w:p w14:paraId="063E5FD8" w14:textId="77777777" w:rsidR="000D3CDC" w:rsidRDefault="000D3CDC" w:rsidP="000D3CDC">
      <w:r>
        <w:t>Do they experience the fragrance of Christ?</w:t>
      </w:r>
    </w:p>
    <w:p w14:paraId="21EF97A5" w14:textId="77777777" w:rsidR="000D3CDC" w:rsidRDefault="000D3CDC" w:rsidP="000D3CDC">
      <w:r>
        <w:t>Or do they mainly smell my ambition?</w:t>
      </w:r>
    </w:p>
    <w:p w14:paraId="7F9954ED" w14:textId="77777777" w:rsidR="000D3CDC" w:rsidRDefault="000D3CDC" w:rsidP="000D3CDC">
      <w:r>
        <w:t>My anger?</w:t>
      </w:r>
    </w:p>
    <w:p w14:paraId="385C0CF2" w14:textId="77777777" w:rsidR="000D3CDC" w:rsidRDefault="000D3CDC" w:rsidP="000D3CDC">
      <w:r>
        <w:t>My pride?</w:t>
      </w:r>
    </w:p>
    <w:p w14:paraId="3E697BB4" w14:textId="77777777" w:rsidR="000D3CDC" w:rsidRDefault="000D3CDC" w:rsidP="000D3CDC">
      <w:r>
        <w:t>My complaining?</w:t>
      </w:r>
    </w:p>
    <w:p w14:paraId="6FBB6F6C" w14:textId="77777777" w:rsidR="000D3CDC" w:rsidRDefault="000D3CDC" w:rsidP="000D3CDC">
      <w:r>
        <w:t>My love of money?</w:t>
      </w:r>
    </w:p>
    <w:p w14:paraId="04AE6392" w14:textId="77777777" w:rsidR="000D3CDC" w:rsidRDefault="000D3CDC" w:rsidP="000D3CDC">
      <w:r>
        <w:t xml:space="preserve">My desire to be </w:t>
      </w:r>
      <w:proofErr w:type="spellStart"/>
      <w:r>
        <w:t>recognised</w:t>
      </w:r>
      <w:proofErr w:type="spellEnd"/>
      <w:r>
        <w:t xml:space="preserve"> by others?</w:t>
      </w:r>
    </w:p>
    <w:p w14:paraId="312E89B8" w14:textId="77777777" w:rsidR="000D3CDC" w:rsidRDefault="000D3CDC" w:rsidP="000D3CDC">
      <w:r>
        <w:t>My selfishness?</w:t>
      </w:r>
    </w:p>
    <w:p w14:paraId="61661BBA" w14:textId="77777777" w:rsidR="000D3CDC" w:rsidRDefault="000D3CDC" w:rsidP="000D3CDC">
      <w:r>
        <w:t>This is a question I also need to ask myself.</w:t>
      </w:r>
    </w:p>
    <w:p w14:paraId="25429E24" w14:textId="77777777" w:rsidR="000D3CDC" w:rsidRDefault="000D3CDC" w:rsidP="000D3CDC">
      <w:r>
        <w:rPr>
          <w:b/>
        </w:rPr>
        <w:t>What kind of fragrance do I bring into my home?</w:t>
      </w:r>
    </w:p>
    <w:p w14:paraId="07B99051" w14:textId="77777777" w:rsidR="000D3CDC" w:rsidRDefault="000D3CDC" w:rsidP="000D3CDC">
      <w:r>
        <w:t>When I come home, does the atmosphere become warmer?</w:t>
      </w:r>
    </w:p>
    <w:p w14:paraId="74E2209B" w14:textId="77777777" w:rsidR="000D3CDC" w:rsidRDefault="000D3CDC" w:rsidP="000D3CDC">
      <w:r>
        <w:t>Or does everyone become more nervous and uncomfortable?</w:t>
      </w:r>
    </w:p>
    <w:p w14:paraId="2209C875" w14:textId="77777777" w:rsidR="000D3CDC" w:rsidRDefault="000D3CDC" w:rsidP="000D3CDC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4A8D1B8F" wp14:editId="22670808">
                <wp:simplePos x="0" y="0"/>
                <wp:positionH relativeFrom="column">
                  <wp:posOffset>6888882</wp:posOffset>
                </wp:positionH>
                <wp:positionV relativeFrom="paragraph">
                  <wp:posOffset>-262570</wp:posOffset>
                </wp:positionV>
                <wp:extent cx="86400" cy="149400"/>
                <wp:effectExtent l="38100" t="38100" r="27940" b="28575"/>
                <wp:wrapNone/>
                <wp:docPr id="1668198004" name="Ink 4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86400" cy="14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22803AA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83" o:spid="_x0000_s1026" type="#_x0000_t75" style="position:absolute;margin-left:541.85pt;margin-top:-21.25pt;width:8pt;height:12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">
                <v:imagedata r:id="rId9" o:title=""/>
              </v:shape>
            </w:pict>
          </mc:Fallback>
        </mc:AlternateContent>
      </w:r>
      <w:r>
        <w:t>What fragrance do I bring to my workplace?</w:t>
      </w:r>
    </w:p>
    <w:p w14:paraId="6C5BE46D" w14:textId="77777777" w:rsidR="000D3CDC" w:rsidRDefault="000D3CDC" w:rsidP="000D3CDC">
      <w:r>
        <w:t>What fragrance do I bring to the university?</w:t>
      </w:r>
    </w:p>
    <w:p w14:paraId="1C572515" w14:textId="77777777" w:rsidR="000D3CDC" w:rsidRDefault="000D3CDC" w:rsidP="000D3CDC">
      <w:r>
        <w:t>What fragrance do I bring to church?</w:t>
      </w:r>
    </w:p>
    <w:p w14:paraId="5636574A" w14:textId="77777777" w:rsidR="000D3CDC" w:rsidRDefault="000D3CDC" w:rsidP="000D3CDC">
      <w:r>
        <w:t>What fragrance do I bring into my relationships?</w:t>
      </w:r>
    </w:p>
    <w:p w14:paraId="7DBFA8B7" w14:textId="77777777" w:rsidR="000D3CDC" w:rsidRDefault="000D3CDC" w:rsidP="000D3CDC">
      <w:r>
        <w:t>The fragrance of Christ comes from spending time with Jesus.</w:t>
      </w:r>
    </w:p>
    <w:p w14:paraId="3CB877D5" w14:textId="77777777" w:rsidR="000D3CDC" w:rsidRDefault="000D3CDC" w:rsidP="000D3CDC">
      <w:r>
        <w:t>It comes from knowing Him.</w:t>
      </w:r>
    </w:p>
    <w:p w14:paraId="0BD9E9E5" w14:textId="77777777" w:rsidR="000D3CDC" w:rsidRDefault="000D3CDC" w:rsidP="000D3CDC">
      <w:r>
        <w:t>It comes from having a relationship with Him.</w:t>
      </w:r>
    </w:p>
    <w:p w14:paraId="41EE9C8E" w14:textId="77777777" w:rsidR="000D3CDC" w:rsidRDefault="000D3CDC" w:rsidP="000D3CDC">
      <w:r>
        <w:t>It comes from putting our lives into His hands.</w:t>
      </w:r>
    </w:p>
    <w:p w14:paraId="79F8CD6C" w14:textId="77777777" w:rsidR="000D3CDC" w:rsidRDefault="000D3CDC" w:rsidP="000D3CDC">
      <w:r>
        <w:t>Now let us return to the question we asked at the beginning.</w:t>
      </w:r>
    </w:p>
    <w:p w14:paraId="58EDA045" w14:textId="77777777" w:rsidR="000D3CDC" w:rsidRDefault="000D3CDC" w:rsidP="000D3CDC">
      <w:r>
        <w:rPr>
          <w:b/>
        </w:rPr>
        <w:t>How valuable is Jesus to you?</w:t>
      </w:r>
    </w:p>
    <w:p w14:paraId="2F2A5075" w14:textId="77777777" w:rsidR="000D3CDC" w:rsidRDefault="000D3CDC" w:rsidP="000D3CDC">
      <w:r>
        <w:t>To Judas, Mary’s perfume was a waste.</w:t>
      </w:r>
    </w:p>
    <w:p w14:paraId="055D66BC" w14:textId="77777777" w:rsidR="000D3CDC" w:rsidRDefault="000D3CDC" w:rsidP="000D3CDC">
      <w:r>
        <w:t>To Mary, it was worship.</w:t>
      </w:r>
    </w:p>
    <w:p w14:paraId="6B3ADFAF" w14:textId="77777777" w:rsidR="000D3CDC" w:rsidRDefault="000D3CDC" w:rsidP="000D3CDC">
      <w:r>
        <w:t>Sometimes we may think,</w:t>
      </w:r>
    </w:p>
    <w:p w14:paraId="4CA42EEA" w14:textId="77777777" w:rsidR="000D3CDC" w:rsidRDefault="000D3CDC" w:rsidP="000D3CDC">
      <w:r>
        <w:t>“I have already served enough.”</w:t>
      </w:r>
    </w:p>
    <w:p w14:paraId="51A8A7E4" w14:textId="77777777" w:rsidR="000D3CDC" w:rsidRDefault="000D3CDC" w:rsidP="000D3CDC">
      <w:r>
        <w:t>“I have already given enough.”</w:t>
      </w:r>
    </w:p>
    <w:p w14:paraId="4E3DAA59" w14:textId="77777777" w:rsidR="000D3CDC" w:rsidRDefault="000D3CDC" w:rsidP="000D3CDC">
      <w:r>
        <w:t>“I have already spent enough time at church.”</w:t>
      </w:r>
    </w:p>
    <w:p w14:paraId="2EBCEDFA" w14:textId="77777777" w:rsidR="000D3CDC" w:rsidRDefault="000D3CDC" w:rsidP="000D3CDC">
      <w:r>
        <w:t>“I have already helped that person.”</w:t>
      </w:r>
    </w:p>
    <w:p w14:paraId="21025AE7" w14:textId="77777777" w:rsidR="000D3CDC" w:rsidRDefault="000D3CDC" w:rsidP="000D3CDC">
      <w:r>
        <w:t>“Why should I do more?”</w:t>
      </w:r>
    </w:p>
    <w:p w14:paraId="7266038A" w14:textId="77777777" w:rsidR="000D3CDC" w:rsidRDefault="000D3CDC" w:rsidP="000D3CDC">
      <w:r>
        <w:t>Sometimes these can be reasonable questions.</w:t>
      </w:r>
    </w:p>
    <w:p w14:paraId="4EA2CB1B" w14:textId="77777777" w:rsidR="000D3CDC" w:rsidRDefault="000D3CDC" w:rsidP="000D3CDC">
      <w:r>
        <w:t>We all need rest and wisdom. But underneath them there may be a deeper question:</w:t>
      </w:r>
    </w:p>
    <w:p w14:paraId="56569BF4" w14:textId="77777777" w:rsidR="000D3CDC" w:rsidRDefault="000D3CDC" w:rsidP="000D3CDC">
      <w:pPr>
        <w:rPr>
          <w:b/>
        </w:rPr>
      </w:pPr>
      <w:r>
        <w:rPr>
          <w:b/>
        </w:rPr>
        <w:t>Do I still see Jesus as precious?</w:t>
      </w:r>
    </w:p>
    <w:p w14:paraId="53A9D4FA" w14:textId="77777777" w:rsidR="000D3CDC" w:rsidRDefault="000D3CDC" w:rsidP="000D3CDC">
      <w:r>
        <w:t>Because when Jesus becomes small in our eyes, every sacrifice looks big.</w:t>
      </w:r>
    </w:p>
    <w:p w14:paraId="355C65E5" w14:textId="77777777" w:rsidR="000D3CDC" w:rsidRDefault="000D3CDC" w:rsidP="000D3CDC">
      <w:r>
        <w:t>But when Jesus becomes great in our eyes, even a big sacrifice begins to look small.</w:t>
      </w:r>
    </w:p>
    <w:p w14:paraId="34BDCB53" w14:textId="77777777" w:rsidR="000D3CDC" w:rsidRDefault="000D3CDC" w:rsidP="000D3CDC">
      <w:r>
        <w:t>Think about the cross.</w:t>
      </w:r>
    </w:p>
    <w:p w14:paraId="702DED6A" w14:textId="77777777" w:rsidR="000D3CDC" w:rsidRDefault="000D3CDC" w:rsidP="000D3CDC">
      <w:r>
        <w:t>Jesus gave His life for you.</w:t>
      </w:r>
    </w:p>
    <w:p w14:paraId="2CF9F98A" w14:textId="77777777" w:rsidR="000D3CDC" w:rsidRDefault="000D3CDC" w:rsidP="000D3CDC">
      <w:r>
        <w:t>He carried your sins.</w:t>
      </w:r>
    </w:p>
    <w:p w14:paraId="0CE6EA8B" w14:textId="77777777" w:rsidR="000D3CDC" w:rsidRDefault="000D3CDC" w:rsidP="000D3CDC">
      <w:r>
        <w:t>He received the judgement that you deserved.</w:t>
      </w:r>
    </w:p>
    <w:p w14:paraId="11C08DF2" w14:textId="77777777" w:rsidR="000D3CDC" w:rsidRDefault="000D3CDC" w:rsidP="000D3CDC">
      <w:r>
        <w:t>He opened the way for you to come to God.</w:t>
      </w:r>
    </w:p>
    <w:p w14:paraId="23124047" w14:textId="77777777" w:rsidR="000D3CDC" w:rsidRDefault="000D3CDC" w:rsidP="000D3CDC">
      <w:r>
        <w:t>He gives you eternal life.</w:t>
      </w:r>
    </w:p>
    <w:p w14:paraId="0E38A296" w14:textId="77777777" w:rsidR="000D3CDC" w:rsidRDefault="000D3CDC" w:rsidP="000D3CDC">
      <w:r>
        <w:t>He gives you the hope of resurrection.</w:t>
      </w:r>
    </w:p>
    <w:p w14:paraId="2DC21036" w14:textId="77777777" w:rsidR="000D3CDC" w:rsidRDefault="000D3CDC" w:rsidP="000D3CDC">
      <w:r>
        <w:t>He calls you His own.</w:t>
      </w:r>
    </w:p>
    <w:p w14:paraId="08F4B88B" w14:textId="77777777" w:rsidR="000D3CDC" w:rsidRDefault="000D3CDC" w:rsidP="000D3CDC">
      <w:r>
        <w:rPr>
          <w:b/>
        </w:rPr>
        <w:t>What could be more precious than Jesus?</w:t>
      </w:r>
    </w:p>
    <w:p w14:paraId="2F586691" w14:textId="77777777" w:rsidR="000D3CDC" w:rsidRDefault="000D3CDC" w:rsidP="000D3CDC">
      <w:r>
        <w:lastRenderedPageBreak/>
        <w:t>Even your own life cannot be more precious than the One who gave His life to save you.</w:t>
      </w:r>
    </w:p>
    <w:p w14:paraId="6D6399BF" w14:textId="77777777" w:rsidR="000D3CDC" w:rsidRDefault="000D3CDC" w:rsidP="000D3CDC">
      <w:pPr>
        <w:pStyle w:val="Heading1"/>
      </w:pPr>
      <w:r>
        <w:t>Conclusion</w:t>
      </w:r>
    </w:p>
    <w:p w14:paraId="210E22C2" w14:textId="77777777" w:rsidR="000D3CDC" w:rsidRDefault="000D3CDC" w:rsidP="000D3CDC">
      <w:r>
        <w:t>There was one bottle of perfume.</w:t>
      </w:r>
    </w:p>
    <w:p w14:paraId="36583562" w14:textId="77777777" w:rsidR="000D3CDC" w:rsidRDefault="000D3CDC" w:rsidP="000D3CDC">
      <w:r>
        <w:t>Mary opened it.</w:t>
      </w:r>
    </w:p>
    <w:p w14:paraId="7104C053" w14:textId="77777777" w:rsidR="000D3CDC" w:rsidRDefault="000D3CDC" w:rsidP="000D3CDC">
      <w:r>
        <w:t>And she poured it all out.</w:t>
      </w:r>
    </w:p>
    <w:p w14:paraId="5E53142E" w14:textId="77777777" w:rsidR="000D3CDC" w:rsidRDefault="000D3CDC" w:rsidP="000D3CDC">
      <w:r>
        <w:t>Some people in the room probably thought, “What a waste!”</w:t>
      </w:r>
    </w:p>
    <w:p w14:paraId="343A156F" w14:textId="77777777" w:rsidR="000D3CDC" w:rsidRDefault="000D3CDC" w:rsidP="000D3CDC">
      <w:r>
        <w:t>But Jesus saw it differently.</w:t>
      </w:r>
    </w:p>
    <w:p w14:paraId="33550C4E" w14:textId="77777777" w:rsidR="000D3CDC" w:rsidRDefault="000D3CDC" w:rsidP="000D3CDC">
      <w:r>
        <w:t>In Matthew and Mark, Jesus says that wherever the gospel is preached, what this woman did will also be remembered.</w:t>
      </w:r>
    </w:p>
    <w:p w14:paraId="60C5E307" w14:textId="77777777" w:rsidR="000D3CDC" w:rsidRDefault="000D3CDC" w:rsidP="000D3CDC">
      <w:r>
        <w:t>And now, about two thousand years later, we are still talking about Mary.</w:t>
      </w:r>
    </w:p>
    <w:p w14:paraId="22A36374" w14:textId="77777777" w:rsidR="000D3CDC" w:rsidRDefault="000D3CDC" w:rsidP="000D3CDC">
      <w:r>
        <w:t>The perfume disappeared a long time ago.</w:t>
      </w:r>
    </w:p>
    <w:p w14:paraId="712B1FCC" w14:textId="77777777" w:rsidR="000D3CDC" w:rsidRDefault="000D3CDC" w:rsidP="000D3CDC">
      <w:r>
        <w:t>The house in Bethany is gone.</w:t>
      </w:r>
    </w:p>
    <w:p w14:paraId="1E6FB9F7" w14:textId="77777777" w:rsidR="000D3CDC" w:rsidRDefault="000D3CDC" w:rsidP="000D3CDC">
      <w:r>
        <w:t>Mary has also passed away.</w:t>
      </w:r>
    </w:p>
    <w:p w14:paraId="3F3DFEF0" w14:textId="77777777" w:rsidR="000D3CDC" w:rsidRDefault="000D3CDC" w:rsidP="000D3CDC">
      <w:r>
        <w:t>But her act of worship is still speaking to us today.</w:t>
      </w:r>
    </w:p>
    <w:p w14:paraId="486A1E98" w14:textId="77777777" w:rsidR="000D3CDC" w:rsidRDefault="000D3CDC" w:rsidP="000D3CDC">
      <w:r>
        <w:t>Why?</w:t>
      </w:r>
    </w:p>
    <w:p w14:paraId="2A248C28" w14:textId="77777777" w:rsidR="000D3CDC" w:rsidRDefault="000D3CDC" w:rsidP="000D3CDC">
      <w:r>
        <w:rPr>
          <w:b/>
        </w:rPr>
        <w:t>Because nothing truly given to Jesus is ever wasted.</w:t>
      </w:r>
    </w:p>
    <w:p w14:paraId="57219353" w14:textId="77777777" w:rsidR="000D3CDC" w:rsidRDefault="000D3CDC" w:rsidP="000D3CDC">
      <w:r>
        <w:t>Time given to Jesus is not wasted.</w:t>
      </w:r>
    </w:p>
    <w:p w14:paraId="3E1DCB37" w14:textId="77777777" w:rsidR="000D3CDC" w:rsidRDefault="000D3CDC" w:rsidP="000D3CDC">
      <w:r>
        <w:t>Love given to Jesus is not wasted.</w:t>
      </w:r>
    </w:p>
    <w:p w14:paraId="1809E4AF" w14:textId="77777777" w:rsidR="000D3CDC" w:rsidRDefault="000D3CDC" w:rsidP="000D3CDC">
      <w:r>
        <w:t>Money given according to His will is not wasted.</w:t>
      </w:r>
    </w:p>
    <w:p w14:paraId="4E96D009" w14:textId="77777777" w:rsidR="000D3CDC" w:rsidRDefault="000D3CDC" w:rsidP="000D3CDC">
      <w:r>
        <w:t>Serving people for Jesus is not wasted.</w:t>
      </w:r>
    </w:p>
    <w:p w14:paraId="0AB7C788" w14:textId="77777777" w:rsidR="000D3CDC" w:rsidRDefault="000D3CDC" w:rsidP="000D3CDC">
      <w:r>
        <w:t>Praying for someone for many years is not wasted.</w:t>
      </w:r>
    </w:p>
    <w:p w14:paraId="476E7337" w14:textId="77777777" w:rsidR="000D3CDC" w:rsidRDefault="000D3CDC" w:rsidP="000D3CDC">
      <w:r>
        <w:t>Sharing the gospel is not wasted.</w:t>
      </w:r>
    </w:p>
    <w:p w14:paraId="7346D168" w14:textId="77777777" w:rsidR="000D3CDC" w:rsidRDefault="000D3CDC" w:rsidP="000D3CDC">
      <w:r>
        <w:t>Giving your life to Christ is never a waste.</w:t>
      </w:r>
    </w:p>
    <w:p w14:paraId="7EDC671B" w14:textId="77777777" w:rsidR="000D3CDC" w:rsidRDefault="000D3CDC" w:rsidP="000D3CDC">
      <w:r>
        <w:t>So perhaps today Jesus is asking each of us:</w:t>
      </w:r>
    </w:p>
    <w:p w14:paraId="686C7F67" w14:textId="77777777" w:rsidR="000D3CDC" w:rsidRDefault="000D3CDC" w:rsidP="000D3CDC">
      <w:pPr>
        <w:ind w:left="432" w:right="216"/>
      </w:pPr>
      <w:r>
        <w:rPr>
          <w:i/>
        </w:rPr>
        <w:t>“What are you holding in your hands?”</w:t>
      </w:r>
    </w:p>
    <w:p w14:paraId="2560715B" w14:textId="77777777" w:rsidR="000D3CDC" w:rsidRDefault="000D3CDC" w:rsidP="000D3CDC">
      <w:r>
        <w:rPr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65ABE588" wp14:editId="0E918F51">
                <wp:simplePos x="0" y="0"/>
                <wp:positionH relativeFrom="column">
                  <wp:posOffset>2499042</wp:posOffset>
                </wp:positionH>
                <wp:positionV relativeFrom="paragraph">
                  <wp:posOffset>169110</wp:posOffset>
                </wp:positionV>
                <wp:extent cx="13680" cy="23400"/>
                <wp:effectExtent l="25400" t="25400" r="37465" b="27940"/>
                <wp:wrapNone/>
                <wp:docPr id="715585108" name="Ink 5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13680" cy="2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E8D086" id="Ink 574" o:spid="_x0000_s1026" type="#_x0000_t75" style="position:absolute;margin-left:196.15pt;margin-top:12.7pt;width:2.3pt;height:3.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">
                <v:imagedata r:id="rId11" o:title=""/>
              </v:shape>
            </w:pict>
          </mc:Fallback>
        </mc:AlternateContent>
      </w:r>
      <w:r>
        <w:t>What is your bottle of perfume?</w:t>
      </w:r>
    </w:p>
    <w:p w14:paraId="7FE968DA" w14:textId="77777777" w:rsidR="000D3CDC" w:rsidRDefault="000D3CDC" w:rsidP="000D3CDC">
      <w:r>
        <w:t>Is it your time?</w:t>
      </w:r>
    </w:p>
    <w:p w14:paraId="38686743" w14:textId="77777777" w:rsidR="000D3CDC" w:rsidRDefault="000D3CDC" w:rsidP="000D3CDC">
      <w:r>
        <w:t>Your future?</w:t>
      </w:r>
    </w:p>
    <w:p w14:paraId="184E36C1" w14:textId="77777777" w:rsidR="000D3CDC" w:rsidRDefault="000D3CDC" w:rsidP="000D3CDC">
      <w:r>
        <w:t>Your money?</w:t>
      </w:r>
    </w:p>
    <w:p w14:paraId="0B97538C" w14:textId="77777777" w:rsidR="000D3CDC" w:rsidRDefault="000D3CDC" w:rsidP="000D3CDC">
      <w:r>
        <w:t>Your ability?</w:t>
      </w:r>
    </w:p>
    <w:p w14:paraId="476CD5A2" w14:textId="77777777" w:rsidR="000D3CDC" w:rsidRDefault="000D3CDC" w:rsidP="000D3CDC">
      <w:r>
        <w:t>Your career?</w:t>
      </w:r>
    </w:p>
    <w:p w14:paraId="354C9566" w14:textId="77777777" w:rsidR="000D3CDC" w:rsidRDefault="000D3CDC" w:rsidP="000D3CDC">
      <w:r>
        <w:lastRenderedPageBreak/>
        <w:t>Your plans?</w:t>
      </w:r>
    </w:p>
    <w:p w14:paraId="560C32F5" w14:textId="77777777" w:rsidR="000D3CDC" w:rsidRDefault="000D3CDC" w:rsidP="000D3CDC">
      <w:r>
        <w:t>Your pride?</w:t>
      </w:r>
    </w:p>
    <w:p w14:paraId="2D0BD718" w14:textId="77777777" w:rsidR="000D3CDC" w:rsidRDefault="000D3CDC" w:rsidP="000D3CDC">
      <w:r>
        <w:t>Your comfort?</w:t>
      </w:r>
    </w:p>
    <w:p w14:paraId="3A477163" w14:textId="77777777" w:rsidR="000D3CDC" w:rsidRDefault="000D3CDC" w:rsidP="000D3CDC">
      <w:r>
        <w:t>Your heart?</w:t>
      </w:r>
    </w:p>
    <w:p w14:paraId="61D5A93F" w14:textId="77777777" w:rsidR="000D3CDC" w:rsidRDefault="000D3CDC" w:rsidP="000D3CDC">
      <w:r>
        <w:t>I pray that we will freely pour these things out before Jesus.</w:t>
      </w:r>
    </w:p>
    <w:p w14:paraId="5CCABE43" w14:textId="77777777" w:rsidR="000D3CDC" w:rsidRDefault="000D3CDC" w:rsidP="000D3CDC">
      <w:r>
        <w:t>May we say,</w:t>
      </w:r>
    </w:p>
    <w:p w14:paraId="68F1EB27" w14:textId="77777777" w:rsidR="000D3CDC" w:rsidRDefault="000D3CDC" w:rsidP="000D3CDC">
      <w:pPr>
        <w:ind w:left="432" w:right="216"/>
      </w:pPr>
      <w:r>
        <w:rPr>
          <w:i/>
        </w:rPr>
        <w:t xml:space="preserve">“Jesus, </w:t>
      </w:r>
      <w:proofErr w:type="gramStart"/>
      <w:r>
        <w:rPr>
          <w:i/>
        </w:rPr>
        <w:t>You</w:t>
      </w:r>
      <w:proofErr w:type="gramEnd"/>
      <w:r>
        <w:rPr>
          <w:i/>
        </w:rPr>
        <w:t xml:space="preserve"> are worthy.</w:t>
      </w:r>
      <w:r>
        <w:rPr>
          <w:i/>
        </w:rPr>
        <w:br/>
        <w:t>You are worthy of my time.</w:t>
      </w:r>
      <w:r>
        <w:rPr>
          <w:i/>
        </w:rPr>
        <w:br/>
        <w:t>You are worthy of what I have.</w:t>
      </w:r>
      <w:r>
        <w:rPr>
          <w:i/>
        </w:rPr>
        <w:br/>
        <w:t>You are worthy of my future.</w:t>
      </w:r>
      <w:r>
        <w:rPr>
          <w:i/>
        </w:rPr>
        <w:br/>
        <w:t>You are worthy of my whole life.”</w:t>
      </w:r>
    </w:p>
    <w:p w14:paraId="23D716B4" w14:textId="77777777" w:rsidR="000D3CDC" w:rsidRDefault="000D3CDC" w:rsidP="000D3CDC">
      <w:r>
        <w:t>When we give our hearts to Jesus, the fragrance of Jesus will fill our homes, our church, our workplaces, our university, and every place where God sends us.</w:t>
      </w:r>
    </w:p>
    <w:p w14:paraId="0D8EC193" w14:textId="77777777" w:rsidR="000D3CDC" w:rsidRDefault="000D3CDC" w:rsidP="000D3CDC">
      <w:r>
        <w:t>So once again, let me ask you:</w:t>
      </w:r>
    </w:p>
    <w:p w14:paraId="38A4D123" w14:textId="77777777" w:rsidR="000D3CDC" w:rsidRDefault="000D3CDC" w:rsidP="000D3CDC">
      <w:r>
        <w:rPr>
          <w:b/>
        </w:rPr>
        <w:t>How valuable is Jesus to you?</w:t>
      </w:r>
    </w:p>
    <w:p w14:paraId="25F7F00D" w14:textId="77777777" w:rsidR="000D3CDC" w:rsidRDefault="000D3CDC" w:rsidP="000D3CDC">
      <w:r>
        <w:t>Amen.</w:t>
      </w:r>
    </w:p>
    <w:p w14:paraId="33C0EF60" w14:textId="77777777" w:rsidR="000D3CDC" w:rsidRDefault="000D3CDC" w:rsidP="000D3CDC">
      <w:pPr>
        <w:pStyle w:val="Heading1"/>
      </w:pPr>
      <w:r>
        <w:t>Application — Let Us Live This Way This Week</w:t>
      </w:r>
    </w:p>
    <w:p w14:paraId="0BAC08C0" w14:textId="77777777" w:rsidR="000D3CDC" w:rsidRDefault="000D3CDC" w:rsidP="000D3CDC">
      <w:pPr>
        <w:pStyle w:val="Heading2"/>
      </w:pPr>
      <w:r>
        <w:t>Application 1</w:t>
      </w:r>
    </w:p>
    <w:p w14:paraId="61D85D2E" w14:textId="77777777" w:rsidR="000D3CDC" w:rsidRDefault="000D3CDC" w:rsidP="000D3CDC">
      <w:r>
        <w:rPr>
          <w:b/>
        </w:rPr>
        <w:t>Look at where you are pouring out the things that are most valuable to you.</w:t>
      </w:r>
    </w:p>
    <w:p w14:paraId="447B86BA" w14:textId="77777777" w:rsidR="000D3CDC" w:rsidRDefault="000D3CDC" w:rsidP="000D3CDC">
      <w:r>
        <w:t>Think about your schedule, your spending, and what fills your thoughts.</w:t>
      </w:r>
    </w:p>
    <w:p w14:paraId="51EC5F51" w14:textId="77777777" w:rsidR="000D3CDC" w:rsidRDefault="000D3CDC" w:rsidP="000D3CDC">
      <w:r>
        <w:t>Ask yourself:</w:t>
      </w:r>
    </w:p>
    <w:p w14:paraId="741186C8" w14:textId="77777777" w:rsidR="000D3CDC" w:rsidRDefault="000D3CDC" w:rsidP="000D3CDC">
      <w:pPr>
        <w:ind w:left="432" w:right="216"/>
      </w:pPr>
      <w:r>
        <w:rPr>
          <w:i/>
        </w:rPr>
        <w:t>“Is Jesus really first in my heart?”</w:t>
      </w:r>
    </w:p>
    <w:p w14:paraId="5F6C971F" w14:textId="77777777" w:rsidR="000D3CDC" w:rsidRDefault="000D3CDC" w:rsidP="000D3CDC">
      <w:r>
        <w:t>This week, give one of the best parts of your time to Jesus first.</w:t>
      </w:r>
    </w:p>
    <w:p w14:paraId="63EE72D3" w14:textId="77777777" w:rsidR="000D3CDC" w:rsidRDefault="000D3CDC" w:rsidP="000D3CDC">
      <w:r>
        <w:t>Spend time reading His Word.</w:t>
      </w:r>
    </w:p>
    <w:p w14:paraId="4DB7FE70" w14:textId="77777777" w:rsidR="000D3CDC" w:rsidRDefault="000D3CDC" w:rsidP="000D3CDC">
      <w:r>
        <w:t>Spend time in prayer.</w:t>
      </w:r>
    </w:p>
    <w:p w14:paraId="26A8FD35" w14:textId="77777777" w:rsidR="000D3CDC" w:rsidRDefault="000D3CDC" w:rsidP="000D3CDC">
      <w:r>
        <w:t>Or use that time to serve Him and others.</w:t>
      </w:r>
    </w:p>
    <w:p w14:paraId="3C06B105" w14:textId="77777777" w:rsidR="000D3CDC" w:rsidRDefault="000D3CDC" w:rsidP="000D3CDC">
      <w:pPr>
        <w:pStyle w:val="Heading2"/>
      </w:pPr>
      <w:r>
        <w:t>Application 2</w:t>
      </w:r>
    </w:p>
    <w:p w14:paraId="67C1F3B1" w14:textId="77777777" w:rsidR="000D3CDC" w:rsidRDefault="000D3CDC" w:rsidP="000D3CDC">
      <w:r>
        <w:rPr>
          <w:b/>
        </w:rPr>
        <w:t>Do not judge another person because you think they are not devoted enough.</w:t>
      </w:r>
    </w:p>
    <w:p w14:paraId="16AEB634" w14:textId="77777777" w:rsidR="000D3CDC" w:rsidRDefault="000D3CDC" w:rsidP="000D3CDC">
      <w:r>
        <w:t>Instead, look into your own heart.</w:t>
      </w:r>
    </w:p>
    <w:p w14:paraId="4790A7C1" w14:textId="77777777" w:rsidR="000D3CDC" w:rsidRDefault="000D3CDC" w:rsidP="000D3CDC">
      <w:r>
        <w:t>Ask yourself:</w:t>
      </w:r>
    </w:p>
    <w:p w14:paraId="1380802A" w14:textId="77777777" w:rsidR="000D3CDC" w:rsidRDefault="000D3CDC" w:rsidP="000D3CDC">
      <w:pPr>
        <w:ind w:left="432" w:right="216"/>
      </w:pPr>
      <w:r>
        <w:rPr>
          <w:i/>
        </w:rPr>
        <w:t>“Is there selfishness or greed hidden inside me?”</w:t>
      </w:r>
    </w:p>
    <w:p w14:paraId="43C1980F" w14:textId="77777777" w:rsidR="000D3CDC" w:rsidRDefault="000D3CDC" w:rsidP="000D3CDC">
      <w:r>
        <w:t>Pray for that person.</w:t>
      </w:r>
    </w:p>
    <w:p w14:paraId="74F35841" w14:textId="77777777" w:rsidR="000D3CDC" w:rsidRDefault="000D3CDC" w:rsidP="000D3CDC">
      <w:r>
        <w:lastRenderedPageBreak/>
        <w:t>Love them.</w:t>
      </w:r>
    </w:p>
    <w:p w14:paraId="368DA987" w14:textId="77777777" w:rsidR="000D3CDC" w:rsidRDefault="000D3CDC" w:rsidP="000D3CDC">
      <w:r>
        <w:t>And patiently wait for them with love.</w:t>
      </w:r>
    </w:p>
    <w:p w14:paraId="73AD79E1" w14:textId="77777777" w:rsidR="000D3CDC" w:rsidRDefault="000D3CDC" w:rsidP="000D3CDC">
      <w:pPr>
        <w:pStyle w:val="Heading2"/>
      </w:pPr>
      <w:r>
        <w:t>Application 3</w:t>
      </w:r>
    </w:p>
    <w:p w14:paraId="6129A4C6" w14:textId="77777777" w:rsidR="000D3CDC" w:rsidRDefault="000D3CDC" w:rsidP="000D3CDC">
      <w:r>
        <w:rPr>
          <w:b/>
        </w:rPr>
        <w:t xml:space="preserve">Leave the fragrance of Christ in your </w:t>
      </w:r>
      <w:proofErr w:type="spellStart"/>
      <w:r>
        <w:rPr>
          <w:b/>
        </w:rPr>
        <w:t>mokjang</w:t>
      </w:r>
      <w:proofErr w:type="spellEnd"/>
      <w:r>
        <w:rPr>
          <w:b/>
        </w:rPr>
        <w:t xml:space="preserve"> and in the lives of people around you.</w:t>
      </w:r>
    </w:p>
    <w:p w14:paraId="15A31952" w14:textId="77777777" w:rsidR="000D3CDC" w:rsidRDefault="000D3CDC" w:rsidP="000D3CDC">
      <w:r>
        <w:t>Choose one person this week and show that person practical love.</w:t>
      </w:r>
    </w:p>
    <w:p w14:paraId="2D0F2D04" w14:textId="77777777" w:rsidR="000D3CDC" w:rsidRDefault="000D3CDC" w:rsidP="000D3CDC">
      <w:r>
        <w:t>You might prepare some food.</w:t>
      </w:r>
    </w:p>
    <w:p w14:paraId="3A3EBE35" w14:textId="77777777" w:rsidR="000D3CDC" w:rsidRDefault="000D3CDC" w:rsidP="000D3CDC">
      <w:r>
        <w:t>You might pray for them.</w:t>
      </w:r>
    </w:p>
    <w:p w14:paraId="1413C33C" w14:textId="77777777" w:rsidR="000D3CDC" w:rsidRDefault="000D3CDC" w:rsidP="000D3CDC">
      <w:r>
        <w:t>You might send an encouraging message.</w:t>
      </w:r>
    </w:p>
    <w:p w14:paraId="55358F51" w14:textId="77777777" w:rsidR="000D3CDC" w:rsidRDefault="000D3CDC" w:rsidP="000D3CDC">
      <w:r>
        <w:t>Choose one person and serve them in a real and practical way.</w:t>
      </w:r>
    </w:p>
    <w:p w14:paraId="02C7EAF3" w14:textId="77777777" w:rsidR="000D3CDC" w:rsidRDefault="000D3CDC" w:rsidP="000D3CDC">
      <w:r>
        <w:t>Let the fragrance of Jesus spread through your life.</w:t>
      </w:r>
    </w:p>
    <w:p w14:paraId="78B7BAB4" w14:textId="062EE289" w:rsidR="00766146" w:rsidRDefault="00766146" w:rsidP="000D3CDC">
      <w:pPr>
        <w:pStyle w:val="Heading1"/>
      </w:pPr>
    </w:p>
    <w:sectPr w:rsidR="00766146" w:rsidSect="00034616">
      <w:footerReference w:type="default" r:id="rId12"/>
      <w:pgSz w:w="12240" w:h="15840"/>
      <w:pgMar w:top="1008" w:right="1224" w:bottom="1008" w:left="122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BA0B6D9" w14:textId="77777777" w:rsidR="00D867D8" w:rsidRDefault="00D867D8">
      <w:pPr>
        <w:spacing w:after="0" w:line="240" w:lineRule="auto"/>
      </w:pPr>
      <w:r>
        <w:separator/>
      </w:r>
    </w:p>
  </w:endnote>
  <w:endnote w:type="continuationSeparator" w:id="0">
    <w:p w14:paraId="2B58BF3F" w14:textId="77777777" w:rsidR="00D867D8" w:rsidRDefault="00D86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notTrueType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EFD8485" w14:textId="666D9CCE" w:rsidR="00766146" w:rsidRDefault="00D867D8">
    <w:pPr>
      <w:pStyle w:val="Footer"/>
      <w:jc w:val="center"/>
    </w:pPr>
    <w:r>
      <w:t xml:space="preserve">Page </w:t>
    </w:r>
    <w:r>
      <w:fldChar w:fldCharType="begin"/>
    </w:r>
    <w:r>
      <w:instrText>PAGE</w:instrText>
    </w:r>
    <w:r w:rsidR="000D3CDC">
      <w:fldChar w:fldCharType="separate"/>
    </w:r>
    <w:r w:rsidR="000D3CD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5748277" w14:textId="77777777" w:rsidR="00D867D8" w:rsidRDefault="00D867D8">
      <w:pPr>
        <w:spacing w:after="0" w:line="240" w:lineRule="auto"/>
      </w:pPr>
      <w:r>
        <w:separator/>
      </w:r>
    </w:p>
  </w:footnote>
  <w:footnote w:type="continuationSeparator" w:id="0">
    <w:p w14:paraId="59FA135F" w14:textId="77777777" w:rsidR="00D867D8" w:rsidRDefault="00D867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45013379">
    <w:abstractNumId w:val="8"/>
  </w:num>
  <w:num w:numId="2" w16cid:durableId="381250149">
    <w:abstractNumId w:val="6"/>
  </w:num>
  <w:num w:numId="3" w16cid:durableId="432361371">
    <w:abstractNumId w:val="5"/>
  </w:num>
  <w:num w:numId="4" w16cid:durableId="1492679086">
    <w:abstractNumId w:val="4"/>
  </w:num>
  <w:num w:numId="5" w16cid:durableId="1814323692">
    <w:abstractNumId w:val="7"/>
  </w:num>
  <w:num w:numId="6" w16cid:durableId="532378174">
    <w:abstractNumId w:val="3"/>
  </w:num>
  <w:num w:numId="7" w16cid:durableId="1293945864">
    <w:abstractNumId w:val="2"/>
  </w:num>
  <w:num w:numId="8" w16cid:durableId="1567110158">
    <w:abstractNumId w:val="1"/>
  </w:num>
  <w:num w:numId="9" w16cid:durableId="1062290876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D3CDC"/>
    <w:rsid w:val="0015074B"/>
    <w:rsid w:val="0029639D"/>
    <w:rsid w:val="00326F90"/>
    <w:rsid w:val="00344435"/>
    <w:rsid w:val="00766146"/>
    <w:rsid w:val="00AA1D8D"/>
    <w:rsid w:val="00B47730"/>
    <w:rsid w:val="00CB0664"/>
    <w:rsid w:val="00D867D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F45D122D-9711-8F43-BB4F-0AD0D512A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20" w:line="269" w:lineRule="auto"/>
    </w:pPr>
    <w:rPr>
      <w:rFonts w:ascii="Arial" w:eastAsia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customXml" Target="ink/ink2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8-09T00:58:54.905"/>
    </inkml:context>
    <inkml:brush xml:id="br0">
      <inkml:brushProperty name="width" value="0.04278" units="cm"/>
      <inkml:brushProperty name="height" value="0.04278" units="cm"/>
      <inkml:brushProperty name="color" value="#FF0066"/>
    </inkml:brush>
  </inkml:definitions>
  <inkml:trace contextRef="#ctx0" brushRef="#br0">1 415 7785,'37'-78'0,"8"-2"0,4-6 0,4 2 0,-26 41 0,1-1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8-09T01:02:51.987"/>
    </inkml:context>
    <inkml:brush xml:id="br0">
      <inkml:brushProperty name="width" value="0.04278" units="cm"/>
      <inkml:brushProperty name="height" value="0.04278" units="cm"/>
      <inkml:brushProperty name="color" value="#FF0066"/>
    </inkml:brush>
  </inkml:definitions>
  <inkml:trace contextRef="#ctx0" brushRef="#br0">38 0 7049,'0'9'-324,"0"-3"1,-1 0 0,-1-1 193,-1 0 1,-2-2 103,2 3 1,2-3-1,-3 2 18,0-1 8,3 3 0,-7-6 0,3 3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2199</Words>
  <Characters>12536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14706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True Worship or a Waste? — Easy English Sermon</dc:title>
  <dc:subject>John 12:1–11</dc:subject>
  <dc:creator/>
  <cp:keywords/>
  <dc:description>generated by python-docx</dc:description>
  <cp:lastModifiedBy>Isaac Lee</cp:lastModifiedBy>
  <cp:revision>2</cp:revision>
  <dcterms:created xsi:type="dcterms:W3CDTF">2013-12-23T23:15:00Z</dcterms:created>
  <dcterms:modified xsi:type="dcterms:W3CDTF">2026-08-09T20:10:00Z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2026-08-09T20:10:48Z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741fcbd9-be17-458c-8e2b-86de7b3e1276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