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AAF4E8A" w14:textId="77777777" w:rsidR="003F1722" w:rsidRDefault="00AC3B06">
      <w:pPr>
        <w:pStyle w:val="Title"/>
        <w:jc w:val="center"/>
        <w:rPr>
          <w:lang w:eastAsia="ko-KR"/>
        </w:rPr>
      </w:pPr>
      <w:r>
        <w:rPr>
          <w:lang w:eastAsia="ko-KR"/>
        </w:rPr>
        <w:t>나귀</w:t>
      </w:r>
      <w:r>
        <w:rPr>
          <w:lang w:eastAsia="ko-KR"/>
        </w:rPr>
        <w:t xml:space="preserve"> </w:t>
      </w:r>
      <w:r>
        <w:rPr>
          <w:lang w:eastAsia="ko-KR"/>
        </w:rPr>
        <w:t>타고</w:t>
      </w:r>
      <w:r>
        <w:rPr>
          <w:lang w:eastAsia="ko-KR"/>
        </w:rPr>
        <w:t xml:space="preserve"> </w:t>
      </w:r>
      <w:r>
        <w:rPr>
          <w:lang w:eastAsia="ko-KR"/>
        </w:rPr>
        <w:t>오신</w:t>
      </w:r>
      <w:r>
        <w:rPr>
          <w:lang w:eastAsia="ko-KR"/>
        </w:rPr>
        <w:t xml:space="preserve"> </w:t>
      </w:r>
      <w:r>
        <w:rPr>
          <w:lang w:eastAsia="ko-KR"/>
        </w:rPr>
        <w:t>참된</w:t>
      </w:r>
      <w:r>
        <w:rPr>
          <w:lang w:eastAsia="ko-KR"/>
        </w:rPr>
        <w:t xml:space="preserve"> </w:t>
      </w:r>
      <w:r>
        <w:rPr>
          <w:lang w:eastAsia="ko-KR"/>
        </w:rPr>
        <w:t>왕</w:t>
      </w:r>
      <w:r>
        <w:rPr>
          <w:lang w:eastAsia="ko-KR"/>
        </w:rPr>
        <w:t xml:space="preserve"> </w:t>
      </w:r>
      <w:r>
        <w:rPr>
          <w:lang w:eastAsia="ko-KR"/>
        </w:rPr>
        <w:t>예수님</w:t>
      </w:r>
    </w:p>
    <w:p w14:paraId="6D9FEDE7" w14:textId="2DC9BCF7" w:rsidR="003F1722" w:rsidRPr="007F48CD" w:rsidRDefault="007F48CD">
      <w:pPr>
        <w:pStyle w:val="Heading1"/>
        <w:rPr>
          <w:rFonts w:ascii="Malgun Gothic" w:eastAsia="Malgun Gothic" w:hAnsi="Malgun Gothic" w:cs="Malgun Gothic"/>
          <w:lang w:eastAsia="ko-KR"/>
        </w:rPr>
      </w:pPr>
      <w:r>
        <w:rPr>
          <w:rFonts w:ascii="Malgun Gothic" w:eastAsia="Malgun Gothic" w:hAnsi="Malgun Gothic" w:cs="Malgun Gothic" w:hint="eastAsia"/>
          <w:lang w:eastAsia="ko-KR"/>
        </w:rPr>
        <w:t>서론</w:t>
      </w:r>
    </w:p>
    <w:p w14:paraId="2B769CAC" w14:textId="77777777" w:rsidR="003F1722" w:rsidRDefault="00AC3B06">
      <w:pPr>
        <w:ind w:firstLine="369"/>
        <w:rPr>
          <w:lang w:eastAsia="ko-KR"/>
        </w:rPr>
      </w:pPr>
      <w:r>
        <w:rPr>
          <w:lang w:eastAsia="ko-KR"/>
        </w:rPr>
        <w:t>사랑하는 성도 여러분, 사람들은 어려운 시대를 만나면 새로운 지도자를 기다립니다. 나라가 흔들리고 경제가 어렵고 미래가 불안하면 “누군가 강한 사람이 나타나 이 문제를 해결해 주었으면 좋겠다”는 마음이 생깁니다.</w:t>
      </w:r>
    </w:p>
    <w:p w14:paraId="00653F97" w14:textId="1AE55D58" w:rsidR="003F1722" w:rsidRDefault="00AC3B06">
      <w:pPr>
        <w:ind w:firstLine="369"/>
        <w:rPr>
          <w:lang w:eastAsia="ko-KR"/>
        </w:rPr>
      </w:pPr>
      <w:r>
        <w:rPr>
          <w:lang w:eastAsia="ko-KR"/>
        </w:rPr>
        <w:t xml:space="preserve">예수님 당시의 유대인들도 마찬가지였습니다. 오랫동안 여러 제국의 지배를 경험했고, 예수님 당시에는 로마의 통치 아래 있었습니다. </w:t>
      </w:r>
      <w:r w:rsidR="0088448B">
        <w:rPr>
          <w:rFonts w:hint="eastAsia"/>
          <w:lang w:eastAsia="ko-KR"/>
        </w:rPr>
        <w:t>400</w:t>
      </w:r>
      <w:r w:rsidR="0088448B">
        <w:rPr>
          <w:rFonts w:ascii="Batang" w:eastAsia="Batang" w:hAnsi="Batang" w:cs="Batang" w:hint="eastAsia"/>
          <w:lang w:eastAsia="ko-KR"/>
        </w:rPr>
        <w:t>년동안 하나님의 선지가가 오지 않아 영적인 암흑기를 보냈습니다. 그래서 이들에게</w:t>
      </w:r>
      <w:r w:rsidR="0088448B">
        <w:rPr>
          <w:rFonts w:hint="eastAsia"/>
          <w:lang w:eastAsia="ko-KR"/>
        </w:rPr>
        <w:t xml:space="preserve"> </w:t>
      </w:r>
      <w:r>
        <w:rPr>
          <w:lang w:eastAsia="ko-KR"/>
        </w:rPr>
        <w:t xml:space="preserve">메시아에 대한 </w:t>
      </w:r>
      <w:proofErr w:type="spellStart"/>
      <w:r>
        <w:rPr>
          <w:lang w:eastAsia="ko-KR"/>
        </w:rPr>
        <w:t>기다림은</w:t>
      </w:r>
      <w:r w:rsidR="0088448B">
        <w:rPr>
          <w:rFonts w:ascii="Batang" w:eastAsia="Batang" w:hAnsi="Batang" w:cs="Batang" w:hint="eastAsia"/>
          <w:lang w:eastAsia="ko-KR"/>
        </w:rPr>
        <w:t>너무나</w:t>
      </w:r>
      <w:proofErr w:type="spellEnd"/>
      <w:r w:rsidR="0088448B">
        <w:rPr>
          <w:rFonts w:ascii="Batang" w:eastAsia="Batang" w:hAnsi="Batang" w:cs="Batang" w:hint="eastAsia"/>
          <w:lang w:eastAsia="ko-KR"/>
        </w:rPr>
        <w:t xml:space="preserve"> </w:t>
      </w:r>
      <w:proofErr w:type="spellStart"/>
      <w:r w:rsidR="0088448B">
        <w:rPr>
          <w:rFonts w:ascii="Batang" w:eastAsia="Batang" w:hAnsi="Batang" w:cs="Batang" w:hint="eastAsia"/>
          <w:lang w:eastAsia="ko-KR"/>
        </w:rPr>
        <w:t>간절했습니디</w:t>
      </w:r>
      <w:proofErr w:type="spellEnd"/>
      <w:r w:rsidR="0088448B">
        <w:rPr>
          <w:rFonts w:ascii="Batang" w:eastAsia="Batang" w:hAnsi="Batang" w:cs="Batang" w:hint="eastAsia"/>
          <w:lang w:eastAsia="ko-KR"/>
        </w:rPr>
        <w:t xml:space="preserve">. 그가 오면 </w:t>
      </w:r>
      <w:r>
        <w:rPr>
          <w:lang w:eastAsia="ko-KR"/>
        </w:rPr>
        <w:t xml:space="preserve"> </w:t>
      </w:r>
      <w:r w:rsidR="0088448B">
        <w:rPr>
          <w:rFonts w:hint="eastAsia"/>
          <w:lang w:eastAsia="ko-KR"/>
        </w:rPr>
        <w:t xml:space="preserve"> </w:t>
      </w:r>
      <w:r w:rsidR="0088448B">
        <w:rPr>
          <w:rFonts w:ascii="Batang" w:eastAsia="Batang" w:hAnsi="Batang" w:cs="Batang" w:hint="eastAsia"/>
          <w:lang w:eastAsia="ko-KR"/>
        </w:rPr>
        <w:t xml:space="preserve">로마로 </w:t>
      </w:r>
      <w:proofErr w:type="spellStart"/>
      <w:r w:rsidR="0088448B">
        <w:rPr>
          <w:rFonts w:ascii="Batang" w:eastAsia="Batang" w:hAnsi="Batang" w:cs="Batang" w:hint="eastAsia"/>
          <w:lang w:eastAsia="ko-KR"/>
        </w:rPr>
        <w:t>부터의</w:t>
      </w:r>
      <w:proofErr w:type="spellEnd"/>
      <w:r w:rsidR="0088448B">
        <w:rPr>
          <w:rFonts w:ascii="Batang" w:eastAsia="Batang" w:hAnsi="Batang" w:cs="Batang" w:hint="eastAsia"/>
          <w:lang w:eastAsia="ko-KR"/>
        </w:rPr>
        <w:t xml:space="preserve"> 독립과 </w:t>
      </w:r>
      <w:r>
        <w:rPr>
          <w:lang w:eastAsia="ko-KR"/>
        </w:rPr>
        <w:t xml:space="preserve">민족의 </w:t>
      </w:r>
      <w:r w:rsidR="0088448B">
        <w:rPr>
          <w:rFonts w:ascii="Batang" w:eastAsia="Batang" w:hAnsi="Batang" w:cs="Batang" w:hint="eastAsia"/>
          <w:lang w:eastAsia="ko-KR"/>
        </w:rPr>
        <w:t xml:space="preserve">부흥이 </w:t>
      </w:r>
      <w:proofErr w:type="spellStart"/>
      <w:r w:rsidR="0088448B">
        <w:rPr>
          <w:rFonts w:ascii="Batang" w:eastAsia="Batang" w:hAnsi="Batang" w:cs="Batang" w:hint="eastAsia"/>
          <w:lang w:eastAsia="ko-KR"/>
        </w:rPr>
        <w:t>될것이라는</w:t>
      </w:r>
      <w:proofErr w:type="spellEnd"/>
      <w:r w:rsidR="0088448B">
        <w:rPr>
          <w:rFonts w:ascii="Batang" w:eastAsia="Batang" w:hAnsi="Batang" w:cs="Batang" w:hint="eastAsia"/>
          <w:lang w:eastAsia="ko-KR"/>
        </w:rPr>
        <w:t xml:space="preserve"> 염원이 </w:t>
      </w:r>
      <w:r>
        <w:rPr>
          <w:lang w:eastAsia="ko-KR"/>
        </w:rPr>
        <w:t>있었습니다.</w:t>
      </w:r>
    </w:p>
    <w:p w14:paraId="055A95D9" w14:textId="0B6AA6B8" w:rsidR="0088448B" w:rsidRDefault="00AC3B06" w:rsidP="0088448B">
      <w:pPr>
        <w:ind w:firstLine="369"/>
        <w:rPr>
          <w:lang w:eastAsia="ko-KR"/>
        </w:rPr>
      </w:pPr>
      <w:r>
        <w:rPr>
          <w:lang w:eastAsia="ko-KR"/>
        </w:rPr>
        <w:t xml:space="preserve">그런 상황에서 </w:t>
      </w:r>
      <w:r w:rsidR="0088448B">
        <w:rPr>
          <w:rFonts w:ascii="Batang" w:eastAsia="Batang" w:hAnsi="Batang" w:cs="Batang" w:hint="eastAsia"/>
          <w:lang w:eastAsia="ko-KR"/>
        </w:rPr>
        <w:t>바로</w:t>
      </w:r>
      <w:r w:rsidR="0088448B">
        <w:rPr>
          <w:lang w:eastAsia="ko-KR"/>
        </w:rPr>
        <w:t xml:space="preserve"> </w:t>
      </w:r>
      <w:r w:rsidR="0088448B">
        <w:rPr>
          <w:rFonts w:ascii="Batang" w:eastAsia="Batang" w:hAnsi="Batang" w:cs="Batang" w:hint="eastAsia"/>
          <w:lang w:eastAsia="ko-KR"/>
        </w:rPr>
        <w:t>요한복음 11앞장에서</w:t>
      </w:r>
      <w:r w:rsidR="0088448B">
        <w:rPr>
          <w:lang w:eastAsia="ko-KR"/>
        </w:rPr>
        <w:t xml:space="preserve"> </w:t>
      </w:r>
      <w:r w:rsidR="0088448B">
        <w:rPr>
          <w:rFonts w:ascii="Batang" w:eastAsia="Batang" w:hAnsi="Batang" w:cs="Batang" w:hint="eastAsia"/>
          <w:lang w:eastAsia="ko-KR"/>
        </w:rPr>
        <w:t>예수님은</w:t>
      </w:r>
      <w:r w:rsidR="0088448B">
        <w:rPr>
          <w:lang w:eastAsia="ko-KR"/>
        </w:rPr>
        <w:t xml:space="preserve"> </w:t>
      </w:r>
      <w:r w:rsidR="0088448B">
        <w:rPr>
          <w:rFonts w:ascii="Batang" w:eastAsia="Batang" w:hAnsi="Batang" w:cs="Batang" w:hint="eastAsia"/>
          <w:lang w:eastAsia="ko-KR"/>
        </w:rPr>
        <w:t>죽은</w:t>
      </w:r>
      <w:r w:rsidR="0088448B">
        <w:rPr>
          <w:lang w:eastAsia="ko-KR"/>
        </w:rPr>
        <w:t xml:space="preserve"> </w:t>
      </w:r>
      <w:r w:rsidR="0088448B">
        <w:rPr>
          <w:rFonts w:ascii="Batang" w:eastAsia="Batang" w:hAnsi="Batang" w:cs="Batang" w:hint="eastAsia"/>
          <w:lang w:eastAsia="ko-KR"/>
        </w:rPr>
        <w:t>지</w:t>
      </w:r>
      <w:r w:rsidR="0088448B">
        <w:rPr>
          <w:lang w:eastAsia="ko-KR"/>
        </w:rPr>
        <w:t xml:space="preserve"> </w:t>
      </w:r>
      <w:r w:rsidR="0088448B">
        <w:rPr>
          <w:rFonts w:ascii="Batang" w:eastAsia="Batang" w:hAnsi="Batang" w:cs="Batang" w:hint="eastAsia"/>
          <w:lang w:eastAsia="ko-KR"/>
        </w:rPr>
        <w:t>나흘</w:t>
      </w:r>
      <w:r w:rsidR="0088448B">
        <w:rPr>
          <w:lang w:eastAsia="ko-KR"/>
        </w:rPr>
        <w:t xml:space="preserve"> </w:t>
      </w:r>
      <w:r w:rsidR="0088448B">
        <w:rPr>
          <w:rFonts w:ascii="Batang" w:eastAsia="Batang" w:hAnsi="Batang" w:cs="Batang" w:hint="eastAsia"/>
          <w:lang w:eastAsia="ko-KR"/>
        </w:rPr>
        <w:t>된</w:t>
      </w:r>
      <w:r w:rsidR="0088448B">
        <w:rPr>
          <w:lang w:eastAsia="ko-KR"/>
        </w:rPr>
        <w:t xml:space="preserve"> </w:t>
      </w:r>
      <w:r w:rsidR="0088448B">
        <w:rPr>
          <w:rFonts w:ascii="Batang" w:eastAsia="Batang" w:hAnsi="Batang" w:cs="Batang" w:hint="eastAsia"/>
          <w:lang w:eastAsia="ko-KR"/>
        </w:rPr>
        <w:t>나사로를</w:t>
      </w:r>
      <w:r w:rsidR="0088448B">
        <w:rPr>
          <w:lang w:eastAsia="ko-KR"/>
        </w:rPr>
        <w:t xml:space="preserve"> </w:t>
      </w:r>
      <w:r w:rsidR="0088448B">
        <w:rPr>
          <w:rFonts w:ascii="Batang" w:eastAsia="Batang" w:hAnsi="Batang" w:cs="Batang" w:hint="eastAsia"/>
          <w:lang w:eastAsia="ko-KR"/>
        </w:rPr>
        <w:t>살리셨습니다</w:t>
      </w:r>
      <w:r w:rsidR="0088448B">
        <w:rPr>
          <w:lang w:eastAsia="ko-KR"/>
        </w:rPr>
        <w:t>.</w:t>
      </w:r>
    </w:p>
    <w:p w14:paraId="7F3363A5" w14:textId="77777777" w:rsidR="0088448B" w:rsidRDefault="0088448B" w:rsidP="0088448B">
      <w:pPr>
        <w:spacing w:before="60" w:after="140" w:line="293" w:lineRule="auto"/>
        <w:ind w:left="454" w:right="227"/>
        <w:rPr>
          <w:lang w:eastAsia="ko-KR"/>
        </w:rPr>
      </w:pPr>
      <w:r>
        <w:rPr>
          <w:b/>
          <w:lang w:eastAsia="ko-KR"/>
        </w:rPr>
        <w:t>“</w:t>
      </w:r>
      <w:r>
        <w:rPr>
          <w:rFonts w:ascii="Batang" w:eastAsia="Batang" w:hAnsi="Batang" w:cs="Batang" w:hint="eastAsia"/>
          <w:b/>
          <w:lang w:eastAsia="ko-KR"/>
        </w:rPr>
        <w:t>나사로야</w:t>
      </w:r>
      <w:r>
        <w:rPr>
          <w:b/>
          <w:lang w:eastAsia="ko-KR"/>
        </w:rPr>
        <w:t xml:space="preserve"> </w:t>
      </w:r>
      <w:r>
        <w:rPr>
          <w:rFonts w:ascii="Batang" w:eastAsia="Batang" w:hAnsi="Batang" w:cs="Batang" w:hint="eastAsia"/>
          <w:b/>
          <w:lang w:eastAsia="ko-KR"/>
        </w:rPr>
        <w:t>나오라</w:t>
      </w:r>
      <w:r>
        <w:rPr>
          <w:b/>
          <w:lang w:eastAsia="ko-KR"/>
        </w:rPr>
        <w:t>.”</w:t>
      </w:r>
    </w:p>
    <w:p w14:paraId="4BF5E5E6" w14:textId="77777777" w:rsidR="003F1722" w:rsidRDefault="00AC3B06">
      <w:pPr>
        <w:ind w:firstLine="369"/>
        <w:rPr>
          <w:lang w:eastAsia="ko-KR"/>
        </w:rPr>
      </w:pPr>
      <w:r>
        <w:rPr>
          <w:rFonts w:ascii="Batang" w:eastAsia="Batang" w:hAnsi="Batang" w:cs="Batang" w:hint="eastAsia"/>
          <w:lang w:eastAsia="ko-KR"/>
        </w:rPr>
        <w:t>예</w:t>
      </w:r>
      <w:r>
        <w:rPr>
          <w:lang w:eastAsia="ko-KR"/>
        </w:rPr>
        <w:t>수님께서 말씀하시자 죽었던 사람이 무덤에서 걸어 나왔습니다. 이 소식이 널리 퍼졌습니다. 사람들의 기대가 얼마나 커졌겠습니까?</w:t>
      </w:r>
    </w:p>
    <w:p w14:paraId="33818EC2" w14:textId="004940E3" w:rsidR="003F1722" w:rsidRDefault="00AC3B06">
      <w:pPr>
        <w:spacing w:before="60" w:after="140" w:line="293" w:lineRule="auto"/>
        <w:ind w:left="454" w:right="227"/>
        <w:rPr>
          <w:lang w:eastAsia="ko-KR"/>
        </w:rPr>
      </w:pPr>
      <w:r>
        <w:rPr>
          <w:b/>
          <w:lang w:eastAsia="ko-KR"/>
        </w:rPr>
        <w:t>“죽은 사람도 살리시는 분이라면 로마를 물리치는 것이 무슨 문제겠는가?”</w:t>
      </w:r>
      <w:r w:rsidR="0088448B">
        <w:rPr>
          <w:rFonts w:hint="eastAsia"/>
          <w:b/>
          <w:lang w:eastAsia="ko-KR"/>
        </w:rPr>
        <w:t xml:space="preserve"> </w:t>
      </w:r>
      <w:r>
        <w:rPr>
          <w:b/>
          <w:lang w:eastAsia="ko-KR"/>
        </w:rPr>
        <w:t>“혹시 이분이 우리가 기다리던 메시아가 아닌가?”</w:t>
      </w:r>
    </w:p>
    <w:p w14:paraId="3985BF22" w14:textId="5C9113E8" w:rsidR="003F1722" w:rsidRDefault="00AC3B06">
      <w:pPr>
        <w:ind w:firstLine="369"/>
        <w:rPr>
          <w:lang w:eastAsia="ko-KR"/>
        </w:rPr>
      </w:pPr>
      <w:r>
        <w:rPr>
          <w:lang w:eastAsia="ko-KR"/>
        </w:rPr>
        <w:t>그런데 예수님은 지금 단순히 사람들의 환영을 받으러 예루살렘에 들어가시는 것이 아닙니다. 예수님은 십자가를 향해 가고 계십니다.</w:t>
      </w:r>
      <w:r w:rsidR="007F48CD">
        <w:rPr>
          <w:rFonts w:hint="eastAsia"/>
          <w:lang w:eastAsia="ko-KR"/>
        </w:rPr>
        <w:t xml:space="preserve"> </w:t>
      </w:r>
      <w:r>
        <w:rPr>
          <w:lang w:eastAsia="ko-KR"/>
        </w:rPr>
        <w:t>아담</w:t>
      </w:r>
      <w:r w:rsidR="0088448B">
        <w:rPr>
          <w:rFonts w:ascii="Batang" w:eastAsia="Batang" w:hAnsi="Batang" w:cs="Batang" w:hint="eastAsia"/>
          <w:lang w:eastAsia="ko-KR"/>
        </w:rPr>
        <w:t>범죄</w:t>
      </w:r>
      <w:r>
        <w:rPr>
          <w:lang w:eastAsia="ko-KR"/>
        </w:rPr>
        <w:t xml:space="preserve"> 이후 죄와 죽음 아래 놓인 인간을 구속하시기 위해, 하나님의 구원 계획을 성취하시기 위해 예루살렘으로 들어가십니다.</w:t>
      </w:r>
    </w:p>
    <w:p w14:paraId="1BFF84AC" w14:textId="37694319" w:rsidR="0088448B" w:rsidRDefault="00AC3B06" w:rsidP="0088448B">
      <w:pPr>
        <w:ind w:firstLine="369"/>
        <w:rPr>
          <w:lang w:eastAsia="ko-KR"/>
        </w:rPr>
      </w:pPr>
      <w:r>
        <w:rPr>
          <w:rFonts w:ascii="Batang" w:eastAsia="Batang" w:hAnsi="Batang" w:cs="Batang" w:hint="eastAsia"/>
          <w:lang w:eastAsia="ko-KR"/>
        </w:rPr>
        <w:t>사람들은</w:t>
      </w:r>
      <w:r>
        <w:rPr>
          <w:lang w:eastAsia="ko-KR"/>
        </w:rPr>
        <w:t xml:space="preserve"> </w:t>
      </w:r>
      <w:r>
        <w:rPr>
          <w:rFonts w:ascii="Batang" w:eastAsia="Batang" w:hAnsi="Batang" w:cs="Batang" w:hint="eastAsia"/>
          <w:lang w:eastAsia="ko-KR"/>
        </w:rPr>
        <w:t>왕의</w:t>
      </w:r>
      <w:r>
        <w:rPr>
          <w:lang w:eastAsia="ko-KR"/>
        </w:rPr>
        <w:t xml:space="preserve"> </w:t>
      </w:r>
      <w:r>
        <w:rPr>
          <w:rFonts w:ascii="Batang" w:eastAsia="Batang" w:hAnsi="Batang" w:cs="Batang" w:hint="eastAsia"/>
          <w:lang w:eastAsia="ko-KR"/>
        </w:rPr>
        <w:t>등극을</w:t>
      </w:r>
      <w:r>
        <w:rPr>
          <w:lang w:eastAsia="ko-KR"/>
        </w:rPr>
        <w:t xml:space="preserve"> </w:t>
      </w:r>
      <w:r>
        <w:rPr>
          <w:rFonts w:ascii="Batang" w:eastAsia="Batang" w:hAnsi="Batang" w:cs="Batang" w:hint="eastAsia"/>
          <w:lang w:eastAsia="ko-KR"/>
        </w:rPr>
        <w:t>기대하고</w:t>
      </w:r>
      <w:r>
        <w:rPr>
          <w:lang w:eastAsia="ko-KR"/>
        </w:rPr>
        <w:t xml:space="preserve"> </w:t>
      </w:r>
      <w:r>
        <w:rPr>
          <w:rFonts w:ascii="Batang" w:eastAsia="Batang" w:hAnsi="Batang" w:cs="Batang" w:hint="eastAsia"/>
          <w:lang w:eastAsia="ko-KR"/>
        </w:rPr>
        <w:t>있었지만</w:t>
      </w:r>
      <w:r>
        <w:rPr>
          <w:lang w:eastAsia="ko-KR"/>
        </w:rPr>
        <w:t xml:space="preserve">, </w:t>
      </w:r>
      <w:r>
        <w:rPr>
          <w:rFonts w:ascii="Batang" w:eastAsia="Batang" w:hAnsi="Batang" w:cs="Batang" w:hint="eastAsia"/>
          <w:lang w:eastAsia="ko-KR"/>
        </w:rPr>
        <w:t>예수님은</w:t>
      </w:r>
      <w:r>
        <w:rPr>
          <w:lang w:eastAsia="ko-KR"/>
        </w:rPr>
        <w:t xml:space="preserve"> </w:t>
      </w:r>
      <w:r>
        <w:rPr>
          <w:rFonts w:ascii="Batang" w:eastAsia="Batang" w:hAnsi="Batang" w:cs="Batang" w:hint="eastAsia"/>
          <w:lang w:eastAsia="ko-KR"/>
        </w:rPr>
        <w:t>십자가를</w:t>
      </w:r>
      <w:r>
        <w:rPr>
          <w:lang w:eastAsia="ko-KR"/>
        </w:rPr>
        <w:t xml:space="preserve"> </w:t>
      </w:r>
      <w:r>
        <w:rPr>
          <w:rFonts w:ascii="Batang" w:eastAsia="Batang" w:hAnsi="Batang" w:cs="Batang" w:hint="eastAsia"/>
          <w:lang w:eastAsia="ko-KR"/>
        </w:rPr>
        <w:t>향하고</w:t>
      </w:r>
      <w:r>
        <w:rPr>
          <w:lang w:eastAsia="ko-KR"/>
        </w:rPr>
        <w:t xml:space="preserve"> </w:t>
      </w:r>
      <w:r w:rsidR="0088448B">
        <w:rPr>
          <w:rFonts w:ascii="Batang" w:eastAsia="Batang" w:hAnsi="Batang" w:cs="Batang" w:hint="eastAsia"/>
          <w:lang w:eastAsia="ko-KR"/>
        </w:rPr>
        <w:t xml:space="preserve">입성하고 </w:t>
      </w:r>
      <w:r>
        <w:rPr>
          <w:rFonts w:ascii="Batang" w:eastAsia="Batang" w:hAnsi="Batang" w:cs="Batang" w:hint="eastAsia"/>
          <w:lang w:eastAsia="ko-KR"/>
        </w:rPr>
        <w:t>계셨습니다</w:t>
      </w:r>
      <w:r>
        <w:rPr>
          <w:lang w:eastAsia="ko-KR"/>
        </w:rPr>
        <w:t xml:space="preserve">. </w:t>
      </w:r>
      <w:r>
        <w:rPr>
          <w:rFonts w:ascii="Batang" w:eastAsia="Batang" w:hAnsi="Batang" w:cs="Batang" w:hint="eastAsia"/>
          <w:lang w:eastAsia="ko-KR"/>
        </w:rPr>
        <w:t>사람들은</w:t>
      </w:r>
      <w:r>
        <w:rPr>
          <w:lang w:eastAsia="ko-KR"/>
        </w:rPr>
        <w:t xml:space="preserve"> </w:t>
      </w:r>
      <w:r>
        <w:rPr>
          <w:rFonts w:ascii="Batang" w:eastAsia="Batang" w:hAnsi="Batang" w:cs="Batang" w:hint="eastAsia"/>
          <w:lang w:eastAsia="ko-KR"/>
        </w:rPr>
        <w:t>로마의</w:t>
      </w:r>
      <w:r>
        <w:rPr>
          <w:lang w:eastAsia="ko-KR"/>
        </w:rPr>
        <w:t xml:space="preserve"> </w:t>
      </w:r>
      <w:r>
        <w:rPr>
          <w:rFonts w:ascii="Batang" w:eastAsia="Batang" w:hAnsi="Batang" w:cs="Batang" w:hint="eastAsia"/>
          <w:lang w:eastAsia="ko-KR"/>
        </w:rPr>
        <w:t>권세를</w:t>
      </w:r>
      <w:r>
        <w:rPr>
          <w:lang w:eastAsia="ko-KR"/>
        </w:rPr>
        <w:t xml:space="preserve"> </w:t>
      </w:r>
      <w:r>
        <w:rPr>
          <w:rFonts w:ascii="Batang" w:eastAsia="Batang" w:hAnsi="Batang" w:cs="Batang" w:hint="eastAsia"/>
          <w:lang w:eastAsia="ko-KR"/>
        </w:rPr>
        <w:t>무너뜨릴</w:t>
      </w:r>
      <w:r>
        <w:rPr>
          <w:lang w:eastAsia="ko-KR"/>
        </w:rPr>
        <w:t xml:space="preserve"> </w:t>
      </w:r>
      <w:r>
        <w:rPr>
          <w:rFonts w:ascii="Batang" w:eastAsia="Batang" w:hAnsi="Batang" w:cs="Batang" w:hint="eastAsia"/>
          <w:lang w:eastAsia="ko-KR"/>
        </w:rPr>
        <w:t>왕을</w:t>
      </w:r>
      <w:r>
        <w:rPr>
          <w:lang w:eastAsia="ko-KR"/>
        </w:rPr>
        <w:t xml:space="preserve"> </w:t>
      </w:r>
      <w:r>
        <w:rPr>
          <w:rFonts w:ascii="Batang" w:eastAsia="Batang" w:hAnsi="Batang" w:cs="Batang" w:hint="eastAsia"/>
          <w:lang w:eastAsia="ko-KR"/>
        </w:rPr>
        <w:t>기대했지만</w:t>
      </w:r>
      <w:r>
        <w:rPr>
          <w:lang w:eastAsia="ko-KR"/>
        </w:rPr>
        <w:t xml:space="preserve">, </w:t>
      </w:r>
      <w:r>
        <w:rPr>
          <w:rFonts w:ascii="Batang" w:eastAsia="Batang" w:hAnsi="Batang" w:cs="Batang" w:hint="eastAsia"/>
          <w:lang w:eastAsia="ko-KR"/>
        </w:rPr>
        <w:t>예수님은</w:t>
      </w:r>
      <w:r>
        <w:rPr>
          <w:lang w:eastAsia="ko-KR"/>
        </w:rPr>
        <w:t xml:space="preserve"> </w:t>
      </w:r>
      <w:r w:rsidR="0088448B">
        <w:rPr>
          <w:rFonts w:ascii="Batang" w:eastAsia="Batang" w:hAnsi="Batang" w:cs="Batang" w:hint="eastAsia"/>
          <w:lang w:eastAsia="ko-KR"/>
        </w:rPr>
        <w:t xml:space="preserve">인간의 </w:t>
      </w:r>
      <w:r>
        <w:rPr>
          <w:rFonts w:ascii="Batang" w:eastAsia="Batang" w:hAnsi="Batang" w:cs="Batang" w:hint="eastAsia"/>
          <w:lang w:eastAsia="ko-KR"/>
        </w:rPr>
        <w:t>죄와</w:t>
      </w:r>
      <w:r>
        <w:rPr>
          <w:lang w:eastAsia="ko-KR"/>
        </w:rPr>
        <w:t xml:space="preserve"> </w:t>
      </w:r>
      <w:r>
        <w:rPr>
          <w:rFonts w:ascii="Batang" w:eastAsia="Batang" w:hAnsi="Batang" w:cs="Batang" w:hint="eastAsia"/>
          <w:lang w:eastAsia="ko-KR"/>
        </w:rPr>
        <w:t>죽음의</w:t>
      </w:r>
      <w:r>
        <w:rPr>
          <w:lang w:eastAsia="ko-KR"/>
        </w:rPr>
        <w:t xml:space="preserve"> </w:t>
      </w:r>
      <w:r>
        <w:rPr>
          <w:rFonts w:ascii="Batang" w:eastAsia="Batang" w:hAnsi="Batang" w:cs="Batang" w:hint="eastAsia"/>
          <w:lang w:eastAsia="ko-KR"/>
        </w:rPr>
        <w:t>권세를</w:t>
      </w:r>
      <w:r>
        <w:rPr>
          <w:lang w:eastAsia="ko-KR"/>
        </w:rPr>
        <w:t xml:space="preserve"> </w:t>
      </w:r>
      <w:r>
        <w:rPr>
          <w:rFonts w:ascii="Batang" w:eastAsia="Batang" w:hAnsi="Batang" w:cs="Batang" w:hint="eastAsia"/>
          <w:lang w:eastAsia="ko-KR"/>
        </w:rPr>
        <w:t>무너뜨리러</w:t>
      </w:r>
      <w:r>
        <w:rPr>
          <w:lang w:eastAsia="ko-KR"/>
        </w:rPr>
        <w:t xml:space="preserve"> </w:t>
      </w:r>
      <w:r w:rsidR="0088448B">
        <w:rPr>
          <w:rFonts w:ascii="Batang" w:eastAsia="Batang" w:hAnsi="Batang" w:cs="Batang" w:hint="eastAsia"/>
          <w:lang w:eastAsia="ko-KR"/>
        </w:rPr>
        <w:t xml:space="preserve">가시는 것입니다. </w:t>
      </w:r>
      <w:r>
        <w:rPr>
          <w:lang w:eastAsia="ko-KR"/>
        </w:rPr>
        <w:t xml:space="preserve"> </w:t>
      </w:r>
      <w:r w:rsidR="0088448B">
        <w:rPr>
          <w:rFonts w:hint="eastAsia"/>
          <w:lang w:eastAsia="ko-KR"/>
        </w:rPr>
        <w:t xml:space="preserve"> </w:t>
      </w:r>
      <w:r w:rsidR="0088448B">
        <w:rPr>
          <w:rFonts w:ascii="Batang" w:eastAsia="Batang" w:hAnsi="Batang" w:cs="Batang" w:hint="eastAsia"/>
          <w:lang w:eastAsia="ko-KR"/>
        </w:rPr>
        <w:t>오늘</w:t>
      </w:r>
      <w:r w:rsidR="0088448B">
        <w:rPr>
          <w:lang w:eastAsia="ko-KR"/>
        </w:rPr>
        <w:t xml:space="preserve"> </w:t>
      </w:r>
      <w:r w:rsidR="0088448B">
        <w:rPr>
          <w:rFonts w:ascii="Batang" w:eastAsia="Batang" w:hAnsi="Batang" w:cs="Batang" w:hint="eastAsia"/>
          <w:lang w:eastAsia="ko-KR"/>
        </w:rPr>
        <w:t>나귀를</w:t>
      </w:r>
      <w:r w:rsidR="0088448B">
        <w:rPr>
          <w:lang w:eastAsia="ko-KR"/>
        </w:rPr>
        <w:t xml:space="preserve"> </w:t>
      </w:r>
      <w:r w:rsidR="0088448B">
        <w:rPr>
          <w:rFonts w:ascii="Batang" w:eastAsia="Batang" w:hAnsi="Batang" w:cs="Batang" w:hint="eastAsia"/>
          <w:lang w:eastAsia="ko-KR"/>
        </w:rPr>
        <w:t>타고</w:t>
      </w:r>
      <w:r w:rsidR="0088448B">
        <w:rPr>
          <w:lang w:eastAsia="ko-KR"/>
        </w:rPr>
        <w:t xml:space="preserve"> </w:t>
      </w:r>
      <w:r w:rsidR="0088448B">
        <w:rPr>
          <w:rFonts w:ascii="Batang" w:eastAsia="Batang" w:hAnsi="Batang" w:cs="Batang" w:hint="eastAsia"/>
          <w:lang w:eastAsia="ko-KR"/>
        </w:rPr>
        <w:t>예루살렘에</w:t>
      </w:r>
      <w:r w:rsidR="0088448B">
        <w:rPr>
          <w:lang w:eastAsia="ko-KR"/>
        </w:rPr>
        <w:t xml:space="preserve"> </w:t>
      </w:r>
      <w:r w:rsidR="0088448B">
        <w:rPr>
          <w:rFonts w:ascii="Batang" w:eastAsia="Batang" w:hAnsi="Batang" w:cs="Batang" w:hint="eastAsia"/>
          <w:lang w:eastAsia="ko-KR"/>
        </w:rPr>
        <w:t>들어오시는</w:t>
      </w:r>
      <w:r w:rsidR="0088448B">
        <w:rPr>
          <w:lang w:eastAsia="ko-KR"/>
        </w:rPr>
        <w:t xml:space="preserve"> </w:t>
      </w:r>
      <w:r w:rsidR="0088448B">
        <w:rPr>
          <w:rFonts w:ascii="Batang" w:eastAsia="Batang" w:hAnsi="Batang" w:cs="Batang" w:hint="eastAsia"/>
          <w:lang w:eastAsia="ko-KR"/>
        </w:rPr>
        <w:t>예수님을</w:t>
      </w:r>
      <w:r w:rsidR="0088448B">
        <w:rPr>
          <w:lang w:eastAsia="ko-KR"/>
        </w:rPr>
        <w:t xml:space="preserve"> </w:t>
      </w:r>
      <w:r w:rsidR="007F48CD">
        <w:rPr>
          <w:rFonts w:ascii="Batang" w:eastAsia="Batang" w:hAnsi="Batang" w:cs="Batang" w:hint="eastAsia"/>
          <w:lang w:eastAsia="ko-KR"/>
        </w:rPr>
        <w:t xml:space="preserve">통해 우리의 구원자요 </w:t>
      </w:r>
      <w:proofErr w:type="spellStart"/>
      <w:r w:rsidR="007F48CD">
        <w:rPr>
          <w:rFonts w:ascii="Batang" w:eastAsia="Batang" w:hAnsi="Batang" w:cs="Batang" w:hint="eastAsia"/>
          <w:lang w:eastAsia="ko-KR"/>
        </w:rPr>
        <w:t>왕되신</w:t>
      </w:r>
      <w:proofErr w:type="spellEnd"/>
      <w:r w:rsidR="007F48CD">
        <w:rPr>
          <w:rFonts w:ascii="Batang" w:eastAsia="Batang" w:hAnsi="Batang" w:cs="Batang" w:hint="eastAsia"/>
          <w:lang w:eastAsia="ko-KR"/>
        </w:rPr>
        <w:t xml:space="preserve"> 예수님을 새롭게 만날 수 있길 기도합니다. </w:t>
      </w:r>
    </w:p>
    <w:p w14:paraId="1792F813" w14:textId="4B767F54" w:rsidR="003F1722" w:rsidRDefault="00AC3B06" w:rsidP="0088448B">
      <w:pPr>
        <w:ind w:firstLine="369"/>
        <w:rPr>
          <w:lang w:eastAsia="ko-KR"/>
        </w:rPr>
      </w:pPr>
      <w:r>
        <w:rPr>
          <w:lang w:eastAsia="ko-KR"/>
        </w:rPr>
        <w:t xml:space="preserve">1. </w:t>
      </w:r>
      <w:r>
        <w:rPr>
          <w:rFonts w:ascii="Batang" w:eastAsia="Batang" w:hAnsi="Batang" w:cs="Batang" w:hint="eastAsia"/>
          <w:lang w:eastAsia="ko-KR"/>
        </w:rPr>
        <w:t>예수님은</w:t>
      </w:r>
      <w:r>
        <w:rPr>
          <w:lang w:eastAsia="ko-KR"/>
        </w:rPr>
        <w:t xml:space="preserve"> </w:t>
      </w:r>
      <w:r>
        <w:rPr>
          <w:rFonts w:ascii="Batang" w:eastAsia="Batang" w:hAnsi="Batang" w:cs="Batang" w:hint="eastAsia"/>
          <w:lang w:eastAsia="ko-KR"/>
        </w:rPr>
        <w:t>왕으로</w:t>
      </w:r>
      <w:r>
        <w:rPr>
          <w:lang w:eastAsia="ko-KR"/>
        </w:rPr>
        <w:t xml:space="preserve"> </w:t>
      </w:r>
      <w:r>
        <w:rPr>
          <w:rFonts w:ascii="Batang" w:eastAsia="Batang" w:hAnsi="Batang" w:cs="Batang" w:hint="eastAsia"/>
          <w:lang w:eastAsia="ko-KR"/>
        </w:rPr>
        <w:t>오셨습니다</w:t>
      </w:r>
      <w:r>
        <w:rPr>
          <w:lang w:eastAsia="ko-KR"/>
        </w:rPr>
        <w:t xml:space="preserve"> — 12–13</w:t>
      </w:r>
      <w:r>
        <w:rPr>
          <w:rFonts w:ascii="Batang" w:eastAsia="Batang" w:hAnsi="Batang" w:cs="Batang" w:hint="eastAsia"/>
          <w:lang w:eastAsia="ko-KR"/>
        </w:rPr>
        <w:t>절</w:t>
      </w:r>
    </w:p>
    <w:p w14:paraId="7C43AD97" w14:textId="77777777" w:rsidR="003F1722" w:rsidRDefault="00AC3B06">
      <w:pPr>
        <w:ind w:firstLine="369"/>
        <w:rPr>
          <w:lang w:eastAsia="ko-KR"/>
        </w:rPr>
      </w:pPr>
      <w:r>
        <w:rPr>
          <w:lang w:eastAsia="ko-KR"/>
        </w:rPr>
        <w:t>12–13절을 보면 유월절을 지키러 온 큰 무리가 예수님께서 예루살렘으로 오신다는 소식을 듣고 맞으러 나갑니다. 그들은 종려나무 가지를 들고 외칩니다.</w:t>
      </w:r>
    </w:p>
    <w:p w14:paraId="4B677F01" w14:textId="77777777" w:rsidR="003F1722" w:rsidRDefault="00AC3B06">
      <w:pPr>
        <w:spacing w:before="60" w:after="140" w:line="293" w:lineRule="auto"/>
        <w:ind w:left="454" w:right="227"/>
        <w:rPr>
          <w:lang w:eastAsia="ko-KR"/>
        </w:rPr>
      </w:pPr>
      <w:r>
        <w:rPr>
          <w:b/>
          <w:lang w:eastAsia="ko-KR"/>
        </w:rPr>
        <w:t xml:space="preserve">“호산나! </w:t>
      </w:r>
      <w:proofErr w:type="spellStart"/>
      <w:r>
        <w:rPr>
          <w:b/>
          <w:lang w:eastAsia="ko-KR"/>
        </w:rPr>
        <w:t>찬송하리로다</w:t>
      </w:r>
      <w:proofErr w:type="spellEnd"/>
      <w:r>
        <w:rPr>
          <w:b/>
          <w:lang w:eastAsia="ko-KR"/>
        </w:rPr>
        <w:t xml:space="preserve"> 주의 이름으로 오시는 이 곧 이스라엘의 </w:t>
      </w:r>
      <w:proofErr w:type="spellStart"/>
      <w:r>
        <w:rPr>
          <w:b/>
          <w:lang w:eastAsia="ko-KR"/>
        </w:rPr>
        <w:t>왕이시여</w:t>
      </w:r>
      <w:proofErr w:type="spellEnd"/>
      <w:r>
        <w:rPr>
          <w:b/>
          <w:lang w:eastAsia="ko-KR"/>
        </w:rPr>
        <w:t>!” — 요한복음 12:13</w:t>
      </w:r>
    </w:p>
    <w:p w14:paraId="398BA24E" w14:textId="58BC8986" w:rsidR="003F1722" w:rsidRDefault="00AC3B06">
      <w:pPr>
        <w:ind w:firstLine="369"/>
        <w:rPr>
          <w:lang w:eastAsia="ko-KR"/>
        </w:rPr>
      </w:pPr>
      <w:r>
        <w:rPr>
          <w:lang w:eastAsia="ko-KR"/>
        </w:rPr>
        <w:t>종려나무는 성경에서 기쁨과 축제의 이미지와 연결됩니다</w:t>
      </w:r>
      <w:r w:rsidR="0088448B">
        <w:rPr>
          <w:rFonts w:hint="eastAsia"/>
          <w:lang w:eastAsia="ko-KR"/>
        </w:rPr>
        <w:t xml:space="preserve"> (</w:t>
      </w:r>
      <w:r>
        <w:rPr>
          <w:lang w:eastAsia="ko-KR"/>
        </w:rPr>
        <w:t>레위기 23</w:t>
      </w:r>
      <w:r w:rsidR="0088448B">
        <w:rPr>
          <w:rFonts w:hint="eastAsia"/>
          <w:lang w:eastAsia="ko-KR"/>
        </w:rPr>
        <w:t xml:space="preserve">:40). </w:t>
      </w:r>
    </w:p>
    <w:p w14:paraId="3CDE6D2B" w14:textId="1899C84D" w:rsidR="003F1722" w:rsidRDefault="00AC3B06">
      <w:pPr>
        <w:ind w:firstLine="369"/>
        <w:rPr>
          <w:lang w:eastAsia="ko-KR"/>
        </w:rPr>
      </w:pPr>
      <w:r>
        <w:rPr>
          <w:lang w:eastAsia="ko-KR"/>
        </w:rPr>
        <w:t>또</w:t>
      </w:r>
      <w:r w:rsidR="007F48CD">
        <w:rPr>
          <w:rFonts w:hint="eastAsia"/>
          <w:lang w:eastAsia="ko-KR"/>
        </w:rPr>
        <w:t xml:space="preserve"> </w:t>
      </w:r>
      <w:r>
        <w:rPr>
          <w:lang w:eastAsia="ko-KR"/>
        </w:rPr>
        <w:t xml:space="preserve">유대 역사 자료인 </w:t>
      </w:r>
      <w:proofErr w:type="spellStart"/>
      <w:r>
        <w:rPr>
          <w:lang w:eastAsia="ko-KR"/>
        </w:rPr>
        <w:t>마카비상</w:t>
      </w:r>
      <w:proofErr w:type="spellEnd"/>
      <w:r>
        <w:rPr>
          <w:lang w:eastAsia="ko-KR"/>
        </w:rPr>
        <w:t xml:space="preserve"> 13장 51절을 보면, 예루살렘 성채를 되찾은 뒤 백성들이 종려나무 가지를 들고 승리와 해방을 기뻐하는 장면이 나옵니다.</w:t>
      </w:r>
    </w:p>
    <w:p w14:paraId="3C0ED480" w14:textId="6BD7571A" w:rsidR="003F1722" w:rsidRDefault="00AC3B06">
      <w:pPr>
        <w:ind w:firstLine="369"/>
        <w:rPr>
          <w:lang w:eastAsia="ko-KR"/>
        </w:rPr>
      </w:pPr>
      <w:r>
        <w:rPr>
          <w:lang w:eastAsia="ko-KR"/>
        </w:rPr>
        <w:lastRenderedPageBreak/>
        <w:t>그러므로 당시 유대인들에게 종려나무 가지</w:t>
      </w:r>
      <w:r w:rsidR="007F48CD">
        <w:rPr>
          <w:rFonts w:ascii="Batang" w:eastAsia="Batang" w:hAnsi="Batang" w:cs="Batang" w:hint="eastAsia"/>
          <w:lang w:eastAsia="ko-KR"/>
        </w:rPr>
        <w:t xml:space="preserve">를 흔든 것은 해방과 구원 </w:t>
      </w:r>
      <w:r>
        <w:rPr>
          <w:lang w:eastAsia="ko-KR"/>
        </w:rPr>
        <w:t xml:space="preserve">과 </w:t>
      </w:r>
      <w:proofErr w:type="spellStart"/>
      <w:r>
        <w:rPr>
          <w:lang w:eastAsia="ko-KR"/>
        </w:rPr>
        <w:t>승리</w:t>
      </w:r>
      <w:r w:rsidR="007F48CD">
        <w:rPr>
          <w:rFonts w:ascii="Batang" w:eastAsia="Batang" w:hAnsi="Batang" w:cs="Batang" w:hint="eastAsia"/>
          <w:lang w:eastAsia="ko-KR"/>
        </w:rPr>
        <w:t>을</w:t>
      </w:r>
      <w:proofErr w:type="spellEnd"/>
      <w:r w:rsidR="007F48CD">
        <w:rPr>
          <w:rFonts w:ascii="Batang" w:eastAsia="Batang" w:hAnsi="Batang" w:cs="Batang" w:hint="eastAsia"/>
          <w:lang w:eastAsia="ko-KR"/>
        </w:rPr>
        <w:t xml:space="preserve"> 갈망하는 표현입니다. </w:t>
      </w:r>
      <w:r>
        <w:rPr>
          <w:lang w:eastAsia="ko-KR"/>
        </w:rPr>
        <w:t>요한계시록 7장 9–10절에서도 구원받은 큰 무리가 종려나무 가지를 들고 하나님과 어린양</w:t>
      </w:r>
      <w:r w:rsidR="00CD5A2F">
        <w:rPr>
          <w:rFonts w:hint="eastAsia"/>
          <w:lang w:eastAsia="ko-KR"/>
        </w:rPr>
        <w:t xml:space="preserve"> </w:t>
      </w:r>
      <w:r w:rsidR="00CD5A2F">
        <w:rPr>
          <w:rFonts w:ascii="Batang" w:eastAsia="Batang" w:hAnsi="Batang" w:cs="Batang" w:hint="eastAsia"/>
          <w:lang w:eastAsia="ko-KR"/>
        </w:rPr>
        <w:t>예수님으로부터의</w:t>
      </w:r>
      <w:r>
        <w:rPr>
          <w:lang w:eastAsia="ko-KR"/>
        </w:rPr>
        <w:t xml:space="preserve"> 구원을 찬양합니다.</w:t>
      </w:r>
    </w:p>
    <w:p w14:paraId="1FFB1016" w14:textId="00450CB2" w:rsidR="003F1722" w:rsidRDefault="00AC3B06">
      <w:pPr>
        <w:ind w:firstLine="369"/>
        <w:rPr>
          <w:lang w:eastAsia="ko-KR"/>
        </w:rPr>
      </w:pPr>
      <w:r>
        <w:rPr>
          <w:lang w:eastAsia="ko-KR"/>
        </w:rPr>
        <w:t>그러므로 사람들이 예수님 앞에서 종려나무 가지를 흔들었다는 것은</w:t>
      </w:r>
      <w:r w:rsidR="00CD5A2F">
        <w:rPr>
          <w:rFonts w:hint="eastAsia"/>
          <w:lang w:eastAsia="ko-KR"/>
        </w:rPr>
        <w:t xml:space="preserve"> </w:t>
      </w:r>
      <w:r>
        <w:rPr>
          <w:lang w:eastAsia="ko-KR"/>
        </w:rPr>
        <w:t xml:space="preserve">그들의 마음에는 “우리의 왕이 오신다. 우리를 </w:t>
      </w:r>
      <w:r w:rsidR="0088448B">
        <w:rPr>
          <w:rFonts w:ascii="Batang" w:eastAsia="Batang" w:hAnsi="Batang" w:cs="Batang" w:hint="eastAsia"/>
          <w:lang w:eastAsia="ko-KR"/>
        </w:rPr>
        <w:t xml:space="preserve">구원하시고 로마의 압제에서 </w:t>
      </w:r>
      <w:r>
        <w:rPr>
          <w:lang w:eastAsia="ko-KR"/>
        </w:rPr>
        <w:t>해방시킬 왕이 오신다”라는 기대가 담겨 있었습니다.</w:t>
      </w:r>
    </w:p>
    <w:p w14:paraId="7DA4F0CF" w14:textId="77777777" w:rsidR="003F1722" w:rsidRDefault="00AC3B06">
      <w:pPr>
        <w:ind w:firstLine="369"/>
        <w:rPr>
          <w:lang w:eastAsia="ko-KR"/>
        </w:rPr>
      </w:pPr>
      <w:r>
        <w:rPr>
          <w:lang w:eastAsia="ko-KR"/>
        </w:rPr>
        <w:t xml:space="preserve">또 그들이 외친 “호산나”는 본래 “이제 우리를 </w:t>
      </w:r>
      <w:proofErr w:type="spellStart"/>
      <w:r>
        <w:rPr>
          <w:lang w:eastAsia="ko-KR"/>
        </w:rPr>
        <w:t>구원하소서</w:t>
      </w:r>
      <w:proofErr w:type="spellEnd"/>
      <w:r>
        <w:rPr>
          <w:lang w:eastAsia="ko-KR"/>
        </w:rPr>
        <w:t xml:space="preserve">”라는 뜻을 가진 말로 시편 118편 25–26절의 배경을 가지고 있습니다. 그러므로 그들은 “우리를 구원해 주십시오. 주의 이름으로 오시는 </w:t>
      </w:r>
      <w:proofErr w:type="spellStart"/>
      <w:r>
        <w:rPr>
          <w:lang w:eastAsia="ko-KR"/>
        </w:rPr>
        <w:t>왕이여</w:t>
      </w:r>
      <w:proofErr w:type="spellEnd"/>
      <w:r>
        <w:rPr>
          <w:lang w:eastAsia="ko-KR"/>
        </w:rPr>
        <w:t>, 이제 우리를 해방시켜 주십시오”</w:t>
      </w:r>
      <w:proofErr w:type="spellStart"/>
      <w:r>
        <w:rPr>
          <w:lang w:eastAsia="ko-KR"/>
        </w:rPr>
        <w:t>라고</w:t>
      </w:r>
      <w:proofErr w:type="spellEnd"/>
      <w:r>
        <w:rPr>
          <w:lang w:eastAsia="ko-KR"/>
        </w:rPr>
        <w:t xml:space="preserve"> 외치고 있었던 것입니다.</w:t>
      </w:r>
    </w:p>
    <w:p w14:paraId="3BB726B7" w14:textId="72E6DF8F" w:rsidR="003F1722" w:rsidRDefault="00AC3B06">
      <w:pPr>
        <w:ind w:firstLine="369"/>
        <w:rPr>
          <w:lang w:eastAsia="ko-KR"/>
        </w:rPr>
      </w:pPr>
      <w:r>
        <w:rPr>
          <w:lang w:eastAsia="ko-KR"/>
        </w:rPr>
        <w:t xml:space="preserve">특히 요한은 그들이 예수님을 “이스라엘의 </w:t>
      </w:r>
      <w:proofErr w:type="spellStart"/>
      <w:r>
        <w:rPr>
          <w:lang w:eastAsia="ko-KR"/>
        </w:rPr>
        <w:t>왕이시여</w:t>
      </w:r>
      <w:proofErr w:type="spellEnd"/>
      <w:r>
        <w:rPr>
          <w:lang w:eastAsia="ko-KR"/>
        </w:rPr>
        <w:t>”</w:t>
      </w:r>
      <w:proofErr w:type="spellStart"/>
      <w:r>
        <w:rPr>
          <w:lang w:eastAsia="ko-KR"/>
        </w:rPr>
        <w:t>라고</w:t>
      </w:r>
      <w:proofErr w:type="spellEnd"/>
      <w:r>
        <w:rPr>
          <w:lang w:eastAsia="ko-KR"/>
        </w:rPr>
        <w:t xml:space="preserve"> 불렀다고 분명하게 기록합니다. 그리고 예수님은 </w:t>
      </w:r>
      <w:r w:rsidR="00CD5A2F">
        <w:rPr>
          <w:rFonts w:ascii="Batang" w:eastAsia="Batang" w:hAnsi="Batang" w:cs="Batang" w:hint="eastAsia"/>
          <w:lang w:eastAsia="ko-KR"/>
        </w:rPr>
        <w:t xml:space="preserve">유대인들의 그러한 </w:t>
      </w:r>
      <w:r>
        <w:rPr>
          <w:lang w:eastAsia="ko-KR"/>
        </w:rPr>
        <w:t>환영을 거절하지 않으십니다.</w:t>
      </w:r>
    </w:p>
    <w:p w14:paraId="7C551B82" w14:textId="38D8FF60" w:rsidR="003F1722" w:rsidRDefault="0088448B">
      <w:pPr>
        <w:ind w:firstLine="369"/>
        <w:rPr>
          <w:lang w:eastAsia="ko-KR"/>
        </w:rPr>
      </w:pPr>
      <w:r>
        <w:rPr>
          <w:rFonts w:ascii="Batang" w:eastAsia="Batang" w:hAnsi="Batang" w:cs="Batang" w:hint="eastAsia"/>
          <w:lang w:eastAsia="ko-KR"/>
        </w:rPr>
        <w:t xml:space="preserve">그동안 지상사역시기에 </w:t>
      </w:r>
      <w:r w:rsidR="00AC3B06">
        <w:rPr>
          <w:lang w:eastAsia="ko-KR"/>
        </w:rPr>
        <w:t xml:space="preserve">사람들이 예수님을 정치적인 왕으로 세우려고 했을 때 피하신 적도 있습니다. 요한복음 6장 15절에서 </w:t>
      </w:r>
      <w:proofErr w:type="spellStart"/>
      <w:r w:rsidR="00AC3B06">
        <w:rPr>
          <w:lang w:eastAsia="ko-KR"/>
        </w:rPr>
        <w:t>오병이어의</w:t>
      </w:r>
      <w:proofErr w:type="spellEnd"/>
      <w:r w:rsidR="00AC3B06">
        <w:rPr>
          <w:lang w:eastAsia="ko-KR"/>
        </w:rPr>
        <w:t xml:space="preserve"> 기적 후 사람들이 예수님을 억지로 왕으로 삼으려고 했을 때 예수님은 홀로 산으로 떠나셨습니다.</w:t>
      </w:r>
    </w:p>
    <w:p w14:paraId="680D530B" w14:textId="18DDC573" w:rsidR="003F1722" w:rsidRDefault="00AC3B06">
      <w:pPr>
        <w:ind w:firstLine="369"/>
        <w:rPr>
          <w:lang w:eastAsia="ko-KR"/>
        </w:rPr>
      </w:pPr>
      <w:r>
        <w:rPr>
          <w:lang w:eastAsia="ko-KR"/>
        </w:rPr>
        <w:t xml:space="preserve">그러나 이제는 다릅니다. 하나님의 시간표에 따라 예수님은 공개적으로 예루살렘에 들어오시고 자신이 약속된 왕이심을 </w:t>
      </w:r>
      <w:r w:rsidR="00CD5A2F">
        <w:rPr>
          <w:rFonts w:ascii="Batang" w:eastAsia="Batang" w:hAnsi="Batang" w:cs="Batang" w:hint="eastAsia"/>
          <w:lang w:eastAsia="ko-KR"/>
        </w:rPr>
        <w:t xml:space="preserve">온 예루살렘에 </w:t>
      </w:r>
      <w:r>
        <w:rPr>
          <w:lang w:eastAsia="ko-KR"/>
        </w:rPr>
        <w:t>드러내십니다. 이것은</w:t>
      </w:r>
      <w:r w:rsidR="00CD5A2F">
        <w:rPr>
          <w:rFonts w:hint="eastAsia"/>
          <w:lang w:eastAsia="ko-KR"/>
        </w:rPr>
        <w:t xml:space="preserve"> </w:t>
      </w:r>
      <w:r>
        <w:rPr>
          <w:lang w:eastAsia="ko-KR"/>
        </w:rPr>
        <w:t>예수님께서 십자가를 앞두고 자신을 왕으로 나타내시는 의도적인 입성입니다.</w:t>
      </w:r>
    </w:p>
    <w:p w14:paraId="6237C0C2" w14:textId="77777777" w:rsidR="003F1722" w:rsidRDefault="00AC3B06">
      <w:pPr>
        <w:ind w:firstLine="369"/>
        <w:rPr>
          <w:lang w:eastAsia="ko-KR"/>
        </w:rPr>
      </w:pPr>
      <w:r>
        <w:rPr>
          <w:lang w:eastAsia="ko-KR"/>
        </w:rPr>
        <w:t>그런데 여러분, “왕”이라는 말에는 아주 중요한 의미가 있습니다. 왕은 백성이 필요할 때 도움을 주는 사람 정도가 아닙니다. 왕에게는 다스릴 권리, 곧 통치권이 있습니다.</w:t>
      </w:r>
    </w:p>
    <w:p w14:paraId="0FEAC4AC" w14:textId="77777777" w:rsidR="003F1722" w:rsidRDefault="00AC3B06">
      <w:pPr>
        <w:ind w:firstLine="369"/>
        <w:rPr>
          <w:lang w:eastAsia="ko-KR"/>
        </w:rPr>
      </w:pPr>
      <w:r>
        <w:rPr>
          <w:lang w:eastAsia="ko-KR"/>
        </w:rPr>
        <w:t>그래서 예수님을 왕으로 믿는다는 것은 “예수님, 필요할 때 저를 도와주세요”</w:t>
      </w:r>
      <w:proofErr w:type="spellStart"/>
      <w:r>
        <w:rPr>
          <w:lang w:eastAsia="ko-KR"/>
        </w:rPr>
        <w:t>라고</w:t>
      </w:r>
      <w:proofErr w:type="spellEnd"/>
      <w:r>
        <w:rPr>
          <w:lang w:eastAsia="ko-KR"/>
        </w:rPr>
        <w:t xml:space="preserve"> 말하는 것보다 훨씬 더 깊습니다. 그것은 “주님, 제 삶을 다스리실 권리가 주님께 있습니다”</w:t>
      </w:r>
      <w:proofErr w:type="spellStart"/>
      <w:r>
        <w:rPr>
          <w:lang w:eastAsia="ko-KR"/>
        </w:rPr>
        <w:t>라고</w:t>
      </w:r>
      <w:proofErr w:type="spellEnd"/>
      <w:r>
        <w:rPr>
          <w:lang w:eastAsia="ko-KR"/>
        </w:rPr>
        <w:t xml:space="preserve"> 고백하는 것입니다.</w:t>
      </w:r>
    </w:p>
    <w:p w14:paraId="3C87A711" w14:textId="77777777" w:rsidR="003F1722" w:rsidRDefault="00AC3B06">
      <w:pPr>
        <w:ind w:firstLine="369"/>
        <w:rPr>
          <w:lang w:eastAsia="ko-KR"/>
        </w:rPr>
      </w:pPr>
      <w:r>
        <w:rPr>
          <w:lang w:eastAsia="ko-KR"/>
        </w:rPr>
        <w:t>우리는 예수님을 구주로는 원하면서 왕으로는 원하지 않을 수 있습니다. “죄는 용서해 주세요. 병들면 고쳐 주세요. 우리 가족을 도와 주세요. 경제적인 어려움을 해결해 주세요.” 이런 기도는 잘못된 것이 아닙니다.</w:t>
      </w:r>
    </w:p>
    <w:p w14:paraId="3B2113F0" w14:textId="77777777" w:rsidR="003F1722" w:rsidRDefault="00AC3B06">
      <w:pPr>
        <w:ind w:firstLine="369"/>
        <w:rPr>
          <w:lang w:eastAsia="ko-KR"/>
        </w:rPr>
      </w:pPr>
      <w:r>
        <w:rPr>
          <w:lang w:eastAsia="ko-KR"/>
        </w:rPr>
        <w:t>그러나 예수님께서 우리의 계획을 바꾸시고, 우리의 시간과 물질과 관계와 미래를 주님의 뜻대로 사용하라고 하시면 불편해질 수 있습니다. 우리는 예수님의 도움은 받고 싶지만 삶의 주도권은 내려놓고 싶지 않을 때가 많습니다.</w:t>
      </w:r>
    </w:p>
    <w:p w14:paraId="7F06B314" w14:textId="77777777" w:rsidR="003F1722" w:rsidRDefault="00AC3B06">
      <w:pPr>
        <w:ind w:firstLine="369"/>
        <w:rPr>
          <w:lang w:eastAsia="ko-KR"/>
        </w:rPr>
      </w:pPr>
      <w:r>
        <w:rPr>
          <w:lang w:eastAsia="ko-KR"/>
        </w:rPr>
        <w:t>그러나 누가 나의 왕인지는 말보다 삶에서 드러납니다. 내가 시간을 무엇을 위해 사용하는가? 물질을 어디에 사용하는가? 중요한 결정을 할 때 누구의 뜻을 가장 먼저 묻는가? 내 인간관계를 누구의 말씀에 따라 결정하는가? 내 미래를 누구에게 맡기고 있는가? 이것을 보면 누가 나의 왕인지 알 수 있습니다.</w:t>
      </w:r>
    </w:p>
    <w:p w14:paraId="3F10FEC0" w14:textId="5ABAFF5C" w:rsidR="003F1722" w:rsidRDefault="00585AE8">
      <w:pPr>
        <w:ind w:firstLine="369"/>
        <w:rPr>
          <w:lang w:eastAsia="ko-KR"/>
        </w:rPr>
      </w:pPr>
      <w:r>
        <w:rPr>
          <w:rFonts w:ascii="Batang" w:eastAsia="Batang" w:hAnsi="Batang" w:cs="Batang" w:hint="eastAsia"/>
          <w:b/>
          <w:lang w:eastAsia="ko-KR"/>
        </w:rPr>
        <w:t xml:space="preserve">전능하시고 천지 창조의 권세를 가진 </w:t>
      </w:r>
      <w:r w:rsidR="00AC3B06">
        <w:rPr>
          <w:b/>
          <w:lang w:eastAsia="ko-KR"/>
        </w:rPr>
        <w:t xml:space="preserve">예수님을 왕으로 인정한다는 것은 </w:t>
      </w:r>
      <w:r>
        <w:rPr>
          <w:rFonts w:ascii="Batang" w:eastAsia="Batang" w:hAnsi="Batang" w:cs="Batang" w:hint="eastAsia"/>
          <w:b/>
          <w:lang w:eastAsia="ko-KR"/>
        </w:rPr>
        <w:t xml:space="preserve">엄청난 축복입니다. 그분이 내가 어떤 상황에 직면해도 나를 보호하시고 지키시고 인도하시는 분이십니다. </w:t>
      </w:r>
      <w:r w:rsidR="00CD5A2F">
        <w:rPr>
          <w:rFonts w:ascii="Batang" w:eastAsia="Batang" w:hAnsi="Batang" w:cs="Batang" w:hint="eastAsia"/>
          <w:b/>
          <w:lang w:eastAsia="ko-KR"/>
        </w:rPr>
        <w:t>이 왕께 청종하고 따라가면 하늘의 평강이 넘치는 삶을 삽니다.</w:t>
      </w:r>
    </w:p>
    <w:p w14:paraId="0A09E897" w14:textId="77777777" w:rsidR="003F1722" w:rsidRDefault="00AC3B06">
      <w:pPr>
        <w:pStyle w:val="Heading1"/>
        <w:rPr>
          <w:lang w:eastAsia="ko-KR"/>
        </w:rPr>
      </w:pPr>
      <w:r>
        <w:rPr>
          <w:lang w:eastAsia="ko-KR"/>
        </w:rPr>
        <w:lastRenderedPageBreak/>
        <w:t xml:space="preserve">2. </w:t>
      </w:r>
      <w:r>
        <w:rPr>
          <w:lang w:eastAsia="ko-KR"/>
        </w:rPr>
        <w:t>예수님은</w:t>
      </w:r>
      <w:r>
        <w:rPr>
          <w:lang w:eastAsia="ko-KR"/>
        </w:rPr>
        <w:t xml:space="preserve"> </w:t>
      </w:r>
      <w:r>
        <w:rPr>
          <w:lang w:eastAsia="ko-KR"/>
        </w:rPr>
        <w:t>우리의</w:t>
      </w:r>
      <w:r>
        <w:rPr>
          <w:lang w:eastAsia="ko-KR"/>
        </w:rPr>
        <w:t xml:space="preserve"> </w:t>
      </w:r>
      <w:r>
        <w:rPr>
          <w:lang w:eastAsia="ko-KR"/>
        </w:rPr>
        <w:t>기대를</w:t>
      </w:r>
      <w:r>
        <w:rPr>
          <w:lang w:eastAsia="ko-KR"/>
        </w:rPr>
        <w:t xml:space="preserve"> </w:t>
      </w:r>
      <w:r>
        <w:rPr>
          <w:lang w:eastAsia="ko-KR"/>
        </w:rPr>
        <w:t>뒤집는</w:t>
      </w:r>
      <w:r>
        <w:rPr>
          <w:lang w:eastAsia="ko-KR"/>
        </w:rPr>
        <w:t xml:space="preserve"> </w:t>
      </w:r>
      <w:r>
        <w:rPr>
          <w:lang w:eastAsia="ko-KR"/>
        </w:rPr>
        <w:t>왕이십니다</w:t>
      </w:r>
      <w:r>
        <w:rPr>
          <w:lang w:eastAsia="ko-KR"/>
        </w:rPr>
        <w:t xml:space="preserve"> — 14–16</w:t>
      </w:r>
      <w:r>
        <w:rPr>
          <w:lang w:eastAsia="ko-KR"/>
        </w:rPr>
        <w:t>절</w:t>
      </w:r>
    </w:p>
    <w:p w14:paraId="392C9E5B" w14:textId="77777777" w:rsidR="003F1722" w:rsidRDefault="00AC3B06">
      <w:pPr>
        <w:ind w:firstLine="369"/>
        <w:rPr>
          <w:lang w:eastAsia="ko-KR"/>
        </w:rPr>
      </w:pPr>
      <w:r>
        <w:rPr>
          <w:lang w:eastAsia="ko-KR"/>
        </w:rPr>
        <w:t xml:space="preserve">그런데 군중의 환호 속에서 아주 이상한 장면이 나옵니다. 사람들이 “이스라엘의 </w:t>
      </w:r>
      <w:proofErr w:type="spellStart"/>
      <w:r>
        <w:rPr>
          <w:lang w:eastAsia="ko-KR"/>
        </w:rPr>
        <w:t>왕이시여</w:t>
      </w:r>
      <w:proofErr w:type="spellEnd"/>
      <w:r>
        <w:rPr>
          <w:lang w:eastAsia="ko-KR"/>
        </w:rPr>
        <w:t>!”</w:t>
      </w:r>
      <w:proofErr w:type="spellStart"/>
      <w:r>
        <w:rPr>
          <w:lang w:eastAsia="ko-KR"/>
        </w:rPr>
        <w:t>라고</w:t>
      </w:r>
      <w:proofErr w:type="spellEnd"/>
      <w:r>
        <w:rPr>
          <w:lang w:eastAsia="ko-KR"/>
        </w:rPr>
        <w:t xml:space="preserve"> 외치는데 예수님은 군마가 아니라 어린 나귀를 타십니다.</w:t>
      </w:r>
    </w:p>
    <w:p w14:paraId="7FC3D70E" w14:textId="77777777" w:rsidR="003F1722" w:rsidRDefault="00AC3B06">
      <w:pPr>
        <w:spacing w:before="60" w:after="140" w:line="293" w:lineRule="auto"/>
        <w:ind w:left="454" w:right="227"/>
        <w:rPr>
          <w:lang w:eastAsia="ko-KR"/>
        </w:rPr>
      </w:pPr>
      <w:r>
        <w:rPr>
          <w:b/>
          <w:lang w:eastAsia="ko-KR"/>
        </w:rPr>
        <w:t>“시온의 딸아 두려워하지 말라. 보라 너의 왕이 나귀 새끼를 타고 오신다.” — 요한복음 12:15</w:t>
      </w:r>
    </w:p>
    <w:p w14:paraId="171E37AA" w14:textId="77777777" w:rsidR="003F1722" w:rsidRDefault="00AC3B06">
      <w:pPr>
        <w:ind w:firstLine="369"/>
        <w:rPr>
          <w:lang w:eastAsia="ko-KR"/>
        </w:rPr>
      </w:pPr>
      <w:proofErr w:type="spellStart"/>
      <w:r>
        <w:rPr>
          <w:lang w:eastAsia="ko-KR"/>
        </w:rPr>
        <w:t>스가랴</w:t>
      </w:r>
      <w:proofErr w:type="spellEnd"/>
      <w:r>
        <w:rPr>
          <w:lang w:eastAsia="ko-KR"/>
        </w:rPr>
        <w:t xml:space="preserve"> 9장 9절의 왕은 </w:t>
      </w:r>
      <w:proofErr w:type="spellStart"/>
      <w:r>
        <w:rPr>
          <w:lang w:eastAsia="ko-KR"/>
        </w:rPr>
        <w:t>공의롭고</w:t>
      </w:r>
      <w:proofErr w:type="spellEnd"/>
      <w:r>
        <w:rPr>
          <w:lang w:eastAsia="ko-KR"/>
        </w:rPr>
        <w:t xml:space="preserve"> 구원을 베풀며 겸손하여 나귀를 타는 왕입니다. 그리고 바로 다음 절인 </w:t>
      </w:r>
      <w:proofErr w:type="spellStart"/>
      <w:r>
        <w:rPr>
          <w:lang w:eastAsia="ko-KR"/>
        </w:rPr>
        <w:t>스가랴</w:t>
      </w:r>
      <w:proofErr w:type="spellEnd"/>
      <w:r>
        <w:rPr>
          <w:lang w:eastAsia="ko-KR"/>
        </w:rPr>
        <w:t xml:space="preserve"> 9장 10절은 그 왕이 병거와 전쟁의 말을 끊고 열방에 평화를 선포할 것이라고 말합니다.</w:t>
      </w:r>
    </w:p>
    <w:p w14:paraId="7D4A26BB" w14:textId="76D9E9AD" w:rsidR="003F1722" w:rsidRDefault="00AC3B06">
      <w:pPr>
        <w:ind w:firstLine="369"/>
        <w:rPr>
          <w:lang w:eastAsia="ko-KR"/>
        </w:rPr>
      </w:pPr>
      <w:r>
        <w:rPr>
          <w:lang w:eastAsia="ko-KR"/>
        </w:rPr>
        <w:t>이것이 중요합니다. 예수님께서 나귀를 타셨다는 것은</w:t>
      </w:r>
      <w:r w:rsidR="00CD5A2F">
        <w:rPr>
          <w:rFonts w:hint="eastAsia"/>
          <w:lang w:eastAsia="ko-KR"/>
        </w:rPr>
        <w:t xml:space="preserve"> </w:t>
      </w:r>
      <w:r>
        <w:rPr>
          <w:lang w:eastAsia="ko-KR"/>
        </w:rPr>
        <w:t>예수님의 왕권이 어떤 왕권인지를 보여 주는 행동입니다.</w:t>
      </w:r>
    </w:p>
    <w:p w14:paraId="20BCDA0F" w14:textId="77777777" w:rsidR="003F1722" w:rsidRDefault="00AC3B06">
      <w:pPr>
        <w:ind w:firstLine="369"/>
        <w:rPr>
          <w:lang w:eastAsia="ko-KR"/>
        </w:rPr>
      </w:pPr>
      <w:r>
        <w:rPr>
          <w:lang w:eastAsia="ko-KR"/>
        </w:rPr>
        <w:t>세상의 왕들은 힘으로 적을 굴복시키며 승리를 증명합니다. 전쟁에서 승리한 왕은 위엄 있는 군마를 타고 들어옵니다. 그러나 예수님은 전쟁의 말이 아니라 어린 나귀를 타셨습니다.</w:t>
      </w:r>
    </w:p>
    <w:p w14:paraId="08062A2C" w14:textId="77777777" w:rsidR="003F1722" w:rsidRDefault="00AC3B06">
      <w:pPr>
        <w:ind w:firstLine="369"/>
        <w:rPr>
          <w:lang w:eastAsia="ko-KR"/>
        </w:rPr>
      </w:pPr>
      <w:r>
        <w:rPr>
          <w:b/>
          <w:lang w:eastAsia="ko-KR"/>
        </w:rPr>
        <w:t>세상의 왕은 더 많은 힘을 가져야 승리합니다. 예수님은 자신을 낮추심으로 승리하십니다. 세상의 왕은 적을 죽여 나라를 세웁니다. 예수님은 자신이 죽으셔서 하나님 나라를 세우십니다. 세상의 왕은 백성에게 “나를 위해 싸워라. 나를 위해 죽어라”</w:t>
      </w:r>
      <w:proofErr w:type="spellStart"/>
      <w:r>
        <w:rPr>
          <w:b/>
          <w:lang w:eastAsia="ko-KR"/>
        </w:rPr>
        <w:t>라고</w:t>
      </w:r>
      <w:proofErr w:type="spellEnd"/>
      <w:r>
        <w:rPr>
          <w:b/>
          <w:lang w:eastAsia="ko-KR"/>
        </w:rPr>
        <w:t xml:space="preserve"> 말합니다. 그러나 예수님은 “내가 너희를 위해 죽겠다”</w:t>
      </w:r>
      <w:proofErr w:type="spellStart"/>
      <w:r>
        <w:rPr>
          <w:b/>
          <w:lang w:eastAsia="ko-KR"/>
        </w:rPr>
        <w:t>라고</w:t>
      </w:r>
      <w:proofErr w:type="spellEnd"/>
      <w:r>
        <w:rPr>
          <w:b/>
          <w:lang w:eastAsia="ko-KR"/>
        </w:rPr>
        <w:t xml:space="preserve"> 하십니다.</w:t>
      </w:r>
    </w:p>
    <w:p w14:paraId="6F8CA0B7" w14:textId="77777777" w:rsidR="003F1722" w:rsidRDefault="00AC3B06">
      <w:pPr>
        <w:ind w:firstLine="369"/>
        <w:rPr>
          <w:lang w:eastAsia="ko-KR"/>
        </w:rPr>
      </w:pPr>
      <w:r>
        <w:rPr>
          <w:lang w:eastAsia="ko-KR"/>
        </w:rPr>
        <w:t>이것이 나귀 타고 오신 왕의 모습입니다. 그래서 예수님의 예루살렘 입성은 겉으로는 승리의 행진이지만 동시에 십자가를 향한 행진입니다.</w:t>
      </w:r>
    </w:p>
    <w:p w14:paraId="00FE784E" w14:textId="77777777" w:rsidR="003F1722" w:rsidRDefault="00AC3B06">
      <w:pPr>
        <w:ind w:firstLine="369"/>
        <w:rPr>
          <w:lang w:eastAsia="ko-KR"/>
        </w:rPr>
      </w:pPr>
      <w:r>
        <w:rPr>
          <w:lang w:eastAsia="ko-KR"/>
        </w:rPr>
        <w:t>사람들은 예수님께서 예루살렘에서 왕관을 쓰실 것이라고 기대했을 것입니다. 그러나 예수님이 쓰신 것은 가시 면류관이었습니다. 사람들은 왕좌를 기대했지만 예수님은 십자가에 높이 달리셨습니다. 사람들은 예수님께서 로마를 심판하실 것이라고 생각했지만 예수님은 로마 군인들의 손에 넘겨져 죽으셨습니다.</w:t>
      </w:r>
    </w:p>
    <w:p w14:paraId="3D5A0A80" w14:textId="25BE9F3A" w:rsidR="003F1722" w:rsidRPr="00304BE5" w:rsidRDefault="00AC3B06" w:rsidP="00CE6717">
      <w:pPr>
        <w:ind w:firstLine="369"/>
        <w:rPr>
          <w:rFonts w:ascii="Batang" w:eastAsia="Batang" w:hAnsi="Batang" w:cs="Batang" w:hint="eastAsia"/>
          <w:lang w:eastAsia="ko-KR"/>
        </w:rPr>
      </w:pPr>
      <w:r>
        <w:rPr>
          <w:lang w:eastAsia="ko-KR"/>
        </w:rPr>
        <w:t xml:space="preserve">그러나 바로 그 십자가가 패배가 아니라 하나님의 승리였습니다. 예수님은 </w:t>
      </w:r>
      <w:r w:rsidR="00CD5A2F">
        <w:rPr>
          <w:rFonts w:ascii="Batang" w:eastAsia="Batang" w:hAnsi="Batang" w:cs="Batang" w:hint="eastAsia"/>
          <w:lang w:eastAsia="ko-KR"/>
        </w:rPr>
        <w:t xml:space="preserve">그렇게 하심으로  </w:t>
      </w:r>
      <w:r>
        <w:rPr>
          <w:lang w:eastAsia="ko-KR"/>
        </w:rPr>
        <w:t>로마보다 더 깊고 강한 원수, 곧 죄와 죽음과 사탄의 권세를 깨뜨리셨습니다.</w:t>
      </w:r>
      <w:r w:rsidR="00304BE5">
        <w:rPr>
          <w:rFonts w:hint="eastAsia"/>
          <w:lang w:eastAsia="ko-KR"/>
        </w:rPr>
        <w:t xml:space="preserve"> </w:t>
      </w:r>
      <w:r w:rsidR="00CE6717">
        <w:rPr>
          <w:rFonts w:ascii="Batang" w:eastAsia="Batang" w:hAnsi="Batang" w:cs="Batang" w:hint="eastAsia"/>
          <w:lang w:eastAsia="ko-KR"/>
        </w:rPr>
        <w:t xml:space="preserve">골 2:13-15 </w:t>
      </w:r>
      <w:r w:rsidR="00CE6717" w:rsidRPr="00CE6717">
        <w:rPr>
          <w:rFonts w:ascii="Batang" w:eastAsia="Batang" w:hAnsi="Batang" w:cs="Batang" w:hint="eastAsia"/>
          <w:lang w:eastAsia="ko-KR"/>
        </w:rPr>
        <w:t>우리의</w:t>
      </w:r>
      <w:r w:rsidR="00CE6717" w:rsidRPr="00CE6717">
        <w:rPr>
          <w:rFonts w:ascii="Batang" w:eastAsia="Batang" w:hAnsi="Batang" w:cs="Batang"/>
          <w:lang w:eastAsia="ko-KR"/>
        </w:rPr>
        <w:t xml:space="preserve"> </w:t>
      </w:r>
      <w:r w:rsidR="00CE6717" w:rsidRPr="00CE6717">
        <w:rPr>
          <w:rFonts w:ascii="Batang" w:eastAsia="Batang" w:hAnsi="Batang" w:cs="Batang" w:hint="eastAsia"/>
          <w:lang w:eastAsia="ko-KR"/>
        </w:rPr>
        <w:t>모든</w:t>
      </w:r>
      <w:r w:rsidR="00CE6717" w:rsidRPr="00CE6717">
        <w:rPr>
          <w:rFonts w:ascii="Batang" w:eastAsia="Batang" w:hAnsi="Batang" w:cs="Batang"/>
          <w:lang w:eastAsia="ko-KR"/>
        </w:rPr>
        <w:t xml:space="preserve"> </w:t>
      </w:r>
      <w:r w:rsidR="00CE6717" w:rsidRPr="00CE6717">
        <w:rPr>
          <w:rFonts w:ascii="Batang" w:eastAsia="Batang" w:hAnsi="Batang" w:cs="Batang" w:hint="eastAsia"/>
          <w:lang w:eastAsia="ko-KR"/>
        </w:rPr>
        <w:t>죄를</w:t>
      </w:r>
      <w:r w:rsidR="00CE6717" w:rsidRPr="00CE6717">
        <w:rPr>
          <w:rFonts w:ascii="Batang" w:eastAsia="Batang" w:hAnsi="Batang" w:cs="Batang"/>
          <w:lang w:eastAsia="ko-KR"/>
        </w:rPr>
        <w:t xml:space="preserve"> </w:t>
      </w:r>
      <w:r w:rsidR="00CE6717" w:rsidRPr="00CE6717">
        <w:rPr>
          <w:rFonts w:ascii="Batang" w:eastAsia="Batang" w:hAnsi="Batang" w:cs="Batang" w:hint="eastAsia"/>
          <w:lang w:eastAsia="ko-KR"/>
        </w:rPr>
        <w:t>사하시고</w:t>
      </w:r>
      <w:r w:rsidR="00CE6717">
        <w:rPr>
          <w:rFonts w:ascii="Batang" w:eastAsia="Batang" w:hAnsi="Batang" w:cs="Batang" w:hint="eastAsia"/>
          <w:lang w:eastAsia="ko-KR"/>
        </w:rPr>
        <w:t xml:space="preserve"> </w:t>
      </w:r>
      <w:r w:rsidR="00CE6717" w:rsidRPr="00CE6717">
        <w:rPr>
          <w:rFonts w:ascii="Batang" w:eastAsia="Batang" w:hAnsi="Batang" w:cs="Batang" w:hint="eastAsia"/>
          <w:lang w:eastAsia="ko-KR"/>
        </w:rPr>
        <w:t>우리를</w:t>
      </w:r>
      <w:r w:rsidR="00CE6717" w:rsidRPr="00CE6717">
        <w:rPr>
          <w:rFonts w:ascii="Batang" w:eastAsia="Batang" w:hAnsi="Batang" w:cs="Batang"/>
          <w:lang w:eastAsia="ko-KR"/>
        </w:rPr>
        <w:t xml:space="preserve"> </w:t>
      </w:r>
      <w:r w:rsidR="00CE6717" w:rsidRPr="00CE6717">
        <w:rPr>
          <w:rFonts w:ascii="Batang" w:eastAsia="Batang" w:hAnsi="Batang" w:cs="Batang" w:hint="eastAsia"/>
          <w:lang w:eastAsia="ko-KR"/>
        </w:rPr>
        <w:t>거스르고</w:t>
      </w:r>
      <w:r w:rsidR="00CE6717" w:rsidRPr="00CE6717">
        <w:rPr>
          <w:rFonts w:ascii="Batang" w:eastAsia="Batang" w:hAnsi="Batang" w:cs="Batang"/>
          <w:lang w:eastAsia="ko-KR"/>
        </w:rPr>
        <w:t xml:space="preserve"> </w:t>
      </w:r>
      <w:r w:rsidR="00CE6717" w:rsidRPr="00CE6717">
        <w:rPr>
          <w:rFonts w:ascii="Batang" w:eastAsia="Batang" w:hAnsi="Batang" w:cs="Batang" w:hint="eastAsia"/>
          <w:lang w:eastAsia="ko-KR"/>
        </w:rPr>
        <w:t>불리하게</w:t>
      </w:r>
      <w:r w:rsidR="00CE6717" w:rsidRPr="00CE6717">
        <w:rPr>
          <w:rFonts w:ascii="Batang" w:eastAsia="Batang" w:hAnsi="Batang" w:cs="Batang"/>
          <w:lang w:eastAsia="ko-KR"/>
        </w:rPr>
        <w:t xml:space="preserve"> </w:t>
      </w:r>
      <w:r w:rsidR="00CE6717" w:rsidRPr="00CE6717">
        <w:rPr>
          <w:rFonts w:ascii="Batang" w:eastAsia="Batang" w:hAnsi="Batang" w:cs="Batang" w:hint="eastAsia"/>
          <w:lang w:eastAsia="ko-KR"/>
        </w:rPr>
        <w:t>하는</w:t>
      </w:r>
      <w:r w:rsidR="00CE6717" w:rsidRPr="00CE6717">
        <w:rPr>
          <w:rFonts w:ascii="Batang" w:eastAsia="Batang" w:hAnsi="Batang" w:cs="Batang"/>
          <w:lang w:eastAsia="ko-KR"/>
        </w:rPr>
        <w:t xml:space="preserve"> </w:t>
      </w:r>
      <w:r w:rsidR="00CE6717" w:rsidRPr="00CE6717">
        <w:rPr>
          <w:rFonts w:ascii="Batang" w:eastAsia="Batang" w:hAnsi="Batang" w:cs="Batang" w:hint="eastAsia"/>
          <w:lang w:eastAsia="ko-KR"/>
        </w:rPr>
        <w:t>법조문으로</w:t>
      </w:r>
      <w:r w:rsidR="00CE6717" w:rsidRPr="00CE6717">
        <w:rPr>
          <w:rFonts w:ascii="Batang" w:eastAsia="Batang" w:hAnsi="Batang" w:cs="Batang"/>
          <w:lang w:eastAsia="ko-KR"/>
        </w:rPr>
        <w:t xml:space="preserve"> </w:t>
      </w:r>
      <w:r w:rsidR="00CE6717" w:rsidRPr="00CE6717">
        <w:rPr>
          <w:rFonts w:ascii="Batang" w:eastAsia="Batang" w:hAnsi="Batang" w:cs="Batang" w:hint="eastAsia"/>
          <w:lang w:eastAsia="ko-KR"/>
        </w:rPr>
        <w:t>쓴</w:t>
      </w:r>
      <w:r w:rsidR="00CE6717" w:rsidRPr="00CE6717">
        <w:rPr>
          <w:rFonts w:ascii="Batang" w:eastAsia="Batang" w:hAnsi="Batang" w:cs="Batang"/>
          <w:lang w:eastAsia="ko-KR"/>
        </w:rPr>
        <w:t xml:space="preserve"> </w:t>
      </w:r>
      <w:r w:rsidR="00CE6717" w:rsidRPr="00CE6717">
        <w:rPr>
          <w:rFonts w:ascii="Batang" w:eastAsia="Batang" w:hAnsi="Batang" w:cs="Batang" w:hint="eastAsia"/>
          <w:lang w:eastAsia="ko-KR"/>
        </w:rPr>
        <w:t>증서를</w:t>
      </w:r>
      <w:r w:rsidR="00CE6717" w:rsidRPr="00CE6717">
        <w:rPr>
          <w:rFonts w:ascii="Batang" w:eastAsia="Batang" w:hAnsi="Batang" w:cs="Batang"/>
          <w:lang w:eastAsia="ko-KR"/>
        </w:rPr>
        <w:t xml:space="preserve"> </w:t>
      </w:r>
      <w:r w:rsidR="00CE6717" w:rsidRPr="00CE6717">
        <w:rPr>
          <w:rFonts w:ascii="Batang" w:eastAsia="Batang" w:hAnsi="Batang" w:cs="Batang" w:hint="eastAsia"/>
          <w:lang w:eastAsia="ko-KR"/>
        </w:rPr>
        <w:t>지우시고</w:t>
      </w:r>
      <w:r w:rsidR="00CE6717" w:rsidRPr="00CE6717">
        <w:rPr>
          <w:rFonts w:ascii="Batang" w:eastAsia="Batang" w:hAnsi="Batang" w:cs="Batang"/>
          <w:lang w:eastAsia="ko-KR"/>
        </w:rPr>
        <w:t xml:space="preserve"> </w:t>
      </w:r>
      <w:r w:rsidR="00CE6717" w:rsidRPr="00CE6717">
        <w:rPr>
          <w:rFonts w:ascii="Batang" w:eastAsia="Batang" w:hAnsi="Batang" w:cs="Batang" w:hint="eastAsia"/>
          <w:lang w:eastAsia="ko-KR"/>
        </w:rPr>
        <w:t>제하여</w:t>
      </w:r>
      <w:r w:rsidR="00CE6717" w:rsidRPr="00CE6717">
        <w:rPr>
          <w:rFonts w:ascii="Batang" w:eastAsia="Batang" w:hAnsi="Batang" w:cs="Batang"/>
          <w:lang w:eastAsia="ko-KR"/>
        </w:rPr>
        <w:t xml:space="preserve"> </w:t>
      </w:r>
      <w:proofErr w:type="spellStart"/>
      <w:r w:rsidR="00CE6717" w:rsidRPr="00CE6717">
        <w:rPr>
          <w:rFonts w:ascii="Batang" w:eastAsia="Batang" w:hAnsi="Batang" w:cs="Batang" w:hint="eastAsia"/>
          <w:lang w:eastAsia="ko-KR"/>
        </w:rPr>
        <w:t>버리사</w:t>
      </w:r>
      <w:proofErr w:type="spellEnd"/>
      <w:r w:rsidR="00CE6717" w:rsidRPr="00CE6717">
        <w:rPr>
          <w:rFonts w:ascii="Batang" w:eastAsia="Batang" w:hAnsi="Batang" w:cs="Batang"/>
          <w:lang w:eastAsia="ko-KR"/>
        </w:rPr>
        <w:t xml:space="preserve"> </w:t>
      </w:r>
      <w:r w:rsidR="00CE6717" w:rsidRPr="00CE6717">
        <w:rPr>
          <w:rFonts w:ascii="Batang" w:eastAsia="Batang" w:hAnsi="Batang" w:cs="Batang" w:hint="eastAsia"/>
          <w:lang w:eastAsia="ko-KR"/>
        </w:rPr>
        <w:t>십자가에</w:t>
      </w:r>
      <w:r w:rsidR="00CE6717" w:rsidRPr="00CE6717">
        <w:rPr>
          <w:rFonts w:ascii="Batang" w:eastAsia="Batang" w:hAnsi="Batang" w:cs="Batang"/>
          <w:lang w:eastAsia="ko-KR"/>
        </w:rPr>
        <w:t xml:space="preserve"> </w:t>
      </w:r>
      <w:r w:rsidR="00CE6717" w:rsidRPr="00CE6717">
        <w:rPr>
          <w:rFonts w:ascii="Batang" w:eastAsia="Batang" w:hAnsi="Batang" w:cs="Batang" w:hint="eastAsia"/>
          <w:lang w:eastAsia="ko-KR"/>
        </w:rPr>
        <w:t>못</w:t>
      </w:r>
      <w:r w:rsidR="00CE6717" w:rsidRPr="00CE6717">
        <w:rPr>
          <w:rFonts w:ascii="Batang" w:eastAsia="Batang" w:hAnsi="Batang" w:cs="Batang"/>
          <w:lang w:eastAsia="ko-KR"/>
        </w:rPr>
        <w:t xml:space="preserve"> </w:t>
      </w:r>
      <w:r w:rsidR="00CE6717" w:rsidRPr="00CE6717">
        <w:rPr>
          <w:rFonts w:ascii="Batang" w:eastAsia="Batang" w:hAnsi="Batang" w:cs="Batang" w:hint="eastAsia"/>
          <w:lang w:eastAsia="ko-KR"/>
        </w:rPr>
        <w:t>박으시고</w:t>
      </w:r>
      <w:r w:rsidR="00CE6717">
        <w:rPr>
          <w:rFonts w:ascii="Batang" w:eastAsia="Batang" w:hAnsi="Batang" w:cs="Batang" w:hint="eastAsia"/>
          <w:lang w:eastAsia="ko-KR"/>
        </w:rPr>
        <w:t xml:space="preserve"> </w:t>
      </w:r>
      <w:r w:rsidR="00CE6717" w:rsidRPr="00CE6717">
        <w:rPr>
          <w:rFonts w:ascii="Batang" w:eastAsia="Batang" w:hAnsi="Batang" w:cs="Batang" w:hint="eastAsia"/>
          <w:lang w:eastAsia="ko-KR"/>
        </w:rPr>
        <w:t>통치자들과</w:t>
      </w:r>
      <w:r w:rsidR="00CE6717" w:rsidRPr="00CE6717">
        <w:rPr>
          <w:rFonts w:ascii="Batang" w:eastAsia="Batang" w:hAnsi="Batang" w:cs="Batang"/>
          <w:lang w:eastAsia="ko-KR"/>
        </w:rPr>
        <w:t xml:space="preserve"> </w:t>
      </w:r>
      <w:r w:rsidR="00CE6717" w:rsidRPr="00CE6717">
        <w:rPr>
          <w:rFonts w:ascii="Batang" w:eastAsia="Batang" w:hAnsi="Batang" w:cs="Batang" w:hint="eastAsia"/>
          <w:lang w:eastAsia="ko-KR"/>
        </w:rPr>
        <w:t>권세들을</w:t>
      </w:r>
      <w:r w:rsidR="00CE6717" w:rsidRPr="00CE6717">
        <w:rPr>
          <w:rFonts w:ascii="Batang" w:eastAsia="Batang" w:hAnsi="Batang" w:cs="Batang"/>
          <w:lang w:eastAsia="ko-KR"/>
        </w:rPr>
        <w:t xml:space="preserve"> </w:t>
      </w:r>
      <w:r w:rsidR="00CE6717" w:rsidRPr="00CE6717">
        <w:rPr>
          <w:rFonts w:ascii="Batang" w:eastAsia="Batang" w:hAnsi="Batang" w:cs="Batang" w:hint="eastAsia"/>
          <w:lang w:eastAsia="ko-KR"/>
        </w:rPr>
        <w:t>무력화하여</w:t>
      </w:r>
      <w:r w:rsidR="00CE6717" w:rsidRPr="00CE6717">
        <w:rPr>
          <w:rFonts w:ascii="Batang" w:eastAsia="Batang" w:hAnsi="Batang" w:cs="Batang"/>
          <w:lang w:eastAsia="ko-KR"/>
        </w:rPr>
        <w:t xml:space="preserve"> </w:t>
      </w:r>
      <w:r w:rsidR="00CE6717" w:rsidRPr="00CE6717">
        <w:rPr>
          <w:rFonts w:ascii="Batang" w:eastAsia="Batang" w:hAnsi="Batang" w:cs="Batang" w:hint="eastAsia"/>
          <w:lang w:eastAsia="ko-KR"/>
        </w:rPr>
        <w:t>드러내어</w:t>
      </w:r>
      <w:r w:rsidR="00CE6717" w:rsidRPr="00CE6717">
        <w:rPr>
          <w:rFonts w:ascii="Batang" w:eastAsia="Batang" w:hAnsi="Batang" w:cs="Batang"/>
          <w:lang w:eastAsia="ko-KR"/>
        </w:rPr>
        <w:t xml:space="preserve"> </w:t>
      </w:r>
      <w:r w:rsidR="00CE6717" w:rsidRPr="00CE6717">
        <w:rPr>
          <w:rFonts w:ascii="Batang" w:eastAsia="Batang" w:hAnsi="Batang" w:cs="Batang" w:hint="eastAsia"/>
          <w:lang w:eastAsia="ko-KR"/>
        </w:rPr>
        <w:t>구경거리로</w:t>
      </w:r>
      <w:r w:rsidR="00CE6717" w:rsidRPr="00CE6717">
        <w:rPr>
          <w:rFonts w:ascii="Batang" w:eastAsia="Batang" w:hAnsi="Batang" w:cs="Batang"/>
          <w:lang w:eastAsia="ko-KR"/>
        </w:rPr>
        <w:t xml:space="preserve"> </w:t>
      </w:r>
      <w:r w:rsidR="00CE6717" w:rsidRPr="00CE6717">
        <w:rPr>
          <w:rFonts w:ascii="Batang" w:eastAsia="Batang" w:hAnsi="Batang" w:cs="Batang" w:hint="eastAsia"/>
          <w:lang w:eastAsia="ko-KR"/>
        </w:rPr>
        <w:t>삼으시고</w:t>
      </w:r>
      <w:r w:rsidR="00CE6717" w:rsidRPr="00CE6717">
        <w:rPr>
          <w:rFonts w:ascii="Batang" w:eastAsia="Batang" w:hAnsi="Batang" w:cs="Batang"/>
          <w:lang w:eastAsia="ko-KR"/>
        </w:rPr>
        <w:t xml:space="preserve"> </w:t>
      </w:r>
      <w:r w:rsidR="00CE6717" w:rsidRPr="00CE6717">
        <w:rPr>
          <w:rFonts w:ascii="Batang" w:eastAsia="Batang" w:hAnsi="Batang" w:cs="Batang" w:hint="eastAsia"/>
          <w:lang w:eastAsia="ko-KR"/>
        </w:rPr>
        <w:t>십자가로</w:t>
      </w:r>
      <w:r w:rsidR="00CE6717" w:rsidRPr="00CE6717">
        <w:rPr>
          <w:rFonts w:ascii="Batang" w:eastAsia="Batang" w:hAnsi="Batang" w:cs="Batang"/>
          <w:lang w:eastAsia="ko-KR"/>
        </w:rPr>
        <w:t xml:space="preserve"> </w:t>
      </w:r>
      <w:r w:rsidR="00CE6717" w:rsidRPr="00CE6717">
        <w:rPr>
          <w:rFonts w:ascii="Batang" w:eastAsia="Batang" w:hAnsi="Batang" w:cs="Batang" w:hint="eastAsia"/>
          <w:lang w:eastAsia="ko-KR"/>
        </w:rPr>
        <w:t>그들을</w:t>
      </w:r>
      <w:r w:rsidR="00CE6717" w:rsidRPr="00CE6717">
        <w:rPr>
          <w:rFonts w:ascii="Batang" w:eastAsia="Batang" w:hAnsi="Batang" w:cs="Batang"/>
          <w:lang w:eastAsia="ko-KR"/>
        </w:rPr>
        <w:t xml:space="preserve"> </w:t>
      </w:r>
      <w:proofErr w:type="spellStart"/>
      <w:r w:rsidR="00CE6717" w:rsidRPr="00CE6717">
        <w:rPr>
          <w:rFonts w:ascii="Batang" w:eastAsia="Batang" w:hAnsi="Batang" w:cs="Batang" w:hint="eastAsia"/>
          <w:lang w:eastAsia="ko-KR"/>
        </w:rPr>
        <w:t>이기셨느니라</w:t>
      </w:r>
      <w:proofErr w:type="spellEnd"/>
    </w:p>
    <w:p w14:paraId="4110EA43" w14:textId="77777777" w:rsidR="008D053A" w:rsidRDefault="008D053A" w:rsidP="008D053A">
      <w:pPr>
        <w:rPr>
          <w:rFonts w:hint="eastAsia"/>
          <w:lang w:eastAsia="ko-KR"/>
        </w:rPr>
      </w:pPr>
    </w:p>
    <w:p w14:paraId="425192E3" w14:textId="77777777" w:rsidR="003F1722" w:rsidRDefault="00AC3B06">
      <w:pPr>
        <w:spacing w:before="60" w:after="140" w:line="293" w:lineRule="auto"/>
        <w:ind w:left="454" w:right="227"/>
        <w:rPr>
          <w:lang w:eastAsia="ko-KR"/>
        </w:rPr>
      </w:pPr>
      <w:r>
        <w:rPr>
          <w:b/>
          <w:lang w:eastAsia="ko-KR"/>
        </w:rPr>
        <w:t xml:space="preserve">“인자가 온 것은 섬김을 받으려 함이 아니라 도리어 섬기려 하고 자기 목숨을 많은 사람의 대속물로 주려 </w:t>
      </w:r>
      <w:proofErr w:type="spellStart"/>
      <w:r>
        <w:rPr>
          <w:b/>
          <w:lang w:eastAsia="ko-KR"/>
        </w:rPr>
        <w:t>함이니라</w:t>
      </w:r>
      <w:proofErr w:type="spellEnd"/>
      <w:r>
        <w:rPr>
          <w:b/>
          <w:lang w:eastAsia="ko-KR"/>
        </w:rPr>
        <w:t>.” — 마가복음 10:45</w:t>
      </w:r>
    </w:p>
    <w:p w14:paraId="4E7CF138" w14:textId="04727AB7" w:rsidR="003F1722" w:rsidRDefault="00CD5A2F">
      <w:pPr>
        <w:ind w:firstLine="369"/>
        <w:rPr>
          <w:lang w:eastAsia="ko-KR"/>
        </w:rPr>
      </w:pPr>
      <w:r>
        <w:rPr>
          <w:rFonts w:ascii="Batang" w:eastAsia="Batang" w:hAnsi="Batang" w:cs="Batang" w:hint="eastAsia"/>
          <w:lang w:eastAsia="ko-KR"/>
        </w:rPr>
        <w:t xml:space="preserve">예수님은 </w:t>
      </w:r>
      <w:r w:rsidR="00AC3B06">
        <w:rPr>
          <w:lang w:eastAsia="ko-KR"/>
        </w:rPr>
        <w:t>결국 우리를 위해 자기 목숨을 내어 주시는 왕입니다.</w:t>
      </w:r>
    </w:p>
    <w:p w14:paraId="2A3EDA9F" w14:textId="440FA936" w:rsidR="003F1722" w:rsidRDefault="00AC3B06">
      <w:pPr>
        <w:ind w:firstLine="369"/>
        <w:rPr>
          <w:rFonts w:hint="eastAsia"/>
          <w:lang w:eastAsia="ko-KR"/>
        </w:rPr>
      </w:pPr>
      <w:r>
        <w:rPr>
          <w:lang w:eastAsia="ko-KR"/>
        </w:rPr>
        <w:t>16절은 제자들조차 처음에는 이 의미를 깨닫지 못했다고 말합니다. 그들도 아마 혼란스러웠을 것입니다</w:t>
      </w:r>
      <w:r w:rsidR="0047287D">
        <w:rPr>
          <w:lang w:eastAsia="ko-KR"/>
        </w:rPr>
        <w:t>.</w:t>
      </w:r>
    </w:p>
    <w:p w14:paraId="4855C11B" w14:textId="77777777" w:rsidR="003F1722" w:rsidRDefault="00AC3B06">
      <w:pPr>
        <w:ind w:firstLine="369"/>
        <w:rPr>
          <w:lang w:eastAsia="ko-KR"/>
        </w:rPr>
      </w:pPr>
      <w:r>
        <w:rPr>
          <w:lang w:eastAsia="ko-KR"/>
        </w:rPr>
        <w:lastRenderedPageBreak/>
        <w:t xml:space="preserve">그러나 예수님께서 영광을 받으신 후, 곧 십자가와 부활을 지나고 난 </w:t>
      </w:r>
      <w:proofErr w:type="spellStart"/>
      <w:r>
        <w:rPr>
          <w:lang w:eastAsia="ko-KR"/>
        </w:rPr>
        <w:t>뒤에야</w:t>
      </w:r>
      <w:proofErr w:type="spellEnd"/>
      <w:r>
        <w:rPr>
          <w:lang w:eastAsia="ko-KR"/>
        </w:rPr>
        <w:t xml:space="preserve"> 제자들은 이 사건과 성경의 말씀을 연결하여 깨닫게 됩니다.</w:t>
      </w:r>
    </w:p>
    <w:p w14:paraId="1CDDFD41" w14:textId="77777777" w:rsidR="003F1722" w:rsidRDefault="00AC3B06">
      <w:pPr>
        <w:ind w:firstLine="369"/>
        <w:rPr>
          <w:lang w:eastAsia="ko-KR"/>
        </w:rPr>
      </w:pPr>
      <w:r>
        <w:rPr>
          <w:lang w:eastAsia="ko-KR"/>
        </w:rPr>
        <w:t>우리 삶도 그렇습니다. 우리는 하나님이 왕이시라면 내가 원하는 방향으로 일이 풀려야 한다고 생각할 때가 있습니다. 그런데 하나님의 길은 때로 우리의 기대와 다릅니다. 문이 닫힐 때도 있습니다. 기다리게 하실 때도 있습니다. 우리의 계획을 바꾸실 때도 있습니다.</w:t>
      </w:r>
    </w:p>
    <w:p w14:paraId="0B49754B" w14:textId="77777777" w:rsidR="003F1722" w:rsidRDefault="00AC3B06">
      <w:pPr>
        <w:ind w:firstLine="369"/>
        <w:rPr>
          <w:lang w:eastAsia="ko-KR"/>
        </w:rPr>
      </w:pPr>
      <w:r>
        <w:rPr>
          <w:lang w:eastAsia="ko-KR"/>
        </w:rPr>
        <w:t xml:space="preserve">그때 우리는 묻습니다. “하나님이 나를 정말 사랑하시는가?” 그러나 제자들도 </w:t>
      </w:r>
      <w:proofErr w:type="spellStart"/>
      <w:r>
        <w:rPr>
          <w:lang w:eastAsia="ko-KR"/>
        </w:rPr>
        <w:t>나중에야</w:t>
      </w:r>
      <w:proofErr w:type="spellEnd"/>
      <w:r>
        <w:rPr>
          <w:lang w:eastAsia="ko-KR"/>
        </w:rPr>
        <w:t xml:space="preserve"> 이해했습니다. 십자가조차 하나님의 계획 안에 있었습니다.</w:t>
      </w:r>
    </w:p>
    <w:p w14:paraId="1C256716" w14:textId="77777777" w:rsidR="003F1722" w:rsidRDefault="00AC3B06">
      <w:pPr>
        <w:ind w:firstLine="369"/>
        <w:rPr>
          <w:lang w:eastAsia="ko-KR"/>
        </w:rPr>
      </w:pPr>
      <w:r>
        <w:rPr>
          <w:b/>
          <w:lang w:eastAsia="ko-KR"/>
        </w:rPr>
        <w:t>오늘 내가 이해할 수 없는 일이 있다고 해서 하나님이 일하지 않고 계신 것이 아닙니다. 내가 이해하지 못하는 순간에도 왕 되신 예수님은 일하고 계십니다.</w:t>
      </w:r>
    </w:p>
    <w:p w14:paraId="61F06A3E" w14:textId="77777777" w:rsidR="003F1722" w:rsidRDefault="00AC3B06">
      <w:pPr>
        <w:pStyle w:val="Heading1"/>
        <w:rPr>
          <w:lang w:eastAsia="ko-KR"/>
        </w:rPr>
      </w:pPr>
      <w:r>
        <w:rPr>
          <w:lang w:eastAsia="ko-KR"/>
        </w:rPr>
        <w:t xml:space="preserve">3. </w:t>
      </w:r>
      <w:r>
        <w:rPr>
          <w:lang w:eastAsia="ko-KR"/>
        </w:rPr>
        <w:t>사람이</w:t>
      </w:r>
      <w:r>
        <w:rPr>
          <w:lang w:eastAsia="ko-KR"/>
        </w:rPr>
        <w:t xml:space="preserve"> </w:t>
      </w:r>
      <w:r>
        <w:rPr>
          <w:lang w:eastAsia="ko-KR"/>
        </w:rPr>
        <w:t>원하는</w:t>
      </w:r>
      <w:r>
        <w:rPr>
          <w:lang w:eastAsia="ko-KR"/>
        </w:rPr>
        <w:t xml:space="preserve"> </w:t>
      </w:r>
      <w:r>
        <w:rPr>
          <w:lang w:eastAsia="ko-KR"/>
        </w:rPr>
        <w:t>구원과</w:t>
      </w:r>
      <w:r>
        <w:rPr>
          <w:lang w:eastAsia="ko-KR"/>
        </w:rPr>
        <w:t xml:space="preserve"> </w:t>
      </w:r>
      <w:r>
        <w:rPr>
          <w:lang w:eastAsia="ko-KR"/>
        </w:rPr>
        <w:t>예수님이</w:t>
      </w:r>
      <w:r>
        <w:rPr>
          <w:lang w:eastAsia="ko-KR"/>
        </w:rPr>
        <w:t xml:space="preserve"> </w:t>
      </w:r>
      <w:r>
        <w:rPr>
          <w:lang w:eastAsia="ko-KR"/>
        </w:rPr>
        <w:t>주시는</w:t>
      </w:r>
      <w:r>
        <w:rPr>
          <w:lang w:eastAsia="ko-KR"/>
        </w:rPr>
        <w:t xml:space="preserve"> </w:t>
      </w:r>
      <w:r>
        <w:rPr>
          <w:lang w:eastAsia="ko-KR"/>
        </w:rPr>
        <w:t>구원은</w:t>
      </w:r>
      <w:r>
        <w:rPr>
          <w:lang w:eastAsia="ko-KR"/>
        </w:rPr>
        <w:t xml:space="preserve"> </w:t>
      </w:r>
      <w:r>
        <w:rPr>
          <w:lang w:eastAsia="ko-KR"/>
        </w:rPr>
        <w:t>다릅니다</w:t>
      </w:r>
      <w:r>
        <w:rPr>
          <w:lang w:eastAsia="ko-KR"/>
        </w:rPr>
        <w:t xml:space="preserve"> — 17–18</w:t>
      </w:r>
      <w:r>
        <w:rPr>
          <w:lang w:eastAsia="ko-KR"/>
        </w:rPr>
        <w:t>절</w:t>
      </w:r>
    </w:p>
    <w:p w14:paraId="5F28AFA7" w14:textId="77777777" w:rsidR="003F1722" w:rsidRDefault="00AC3B06">
      <w:pPr>
        <w:ind w:firstLine="369"/>
        <w:rPr>
          <w:lang w:eastAsia="ko-KR"/>
        </w:rPr>
      </w:pPr>
      <w:r>
        <w:rPr>
          <w:lang w:eastAsia="ko-KR"/>
        </w:rPr>
        <w:t>17–18절은 왜 이렇게 많은 사람이 예수님을 맞으러 나왔는지를 다시 설명합니다. 나사로를 무덤에서 불러내신 일을 보았던 사람들이 계속 증언했고, 그 표적에 대한 소식을 들은 사람들이 예수님을 만나러 나왔습니다.</w:t>
      </w:r>
    </w:p>
    <w:p w14:paraId="36E77F6C" w14:textId="77777777" w:rsidR="003F1722" w:rsidRDefault="00AC3B06">
      <w:pPr>
        <w:ind w:firstLine="369"/>
        <w:rPr>
          <w:lang w:eastAsia="ko-KR"/>
        </w:rPr>
      </w:pPr>
      <w:r>
        <w:rPr>
          <w:lang w:eastAsia="ko-KR"/>
        </w:rPr>
        <w:t>사람들의 기대는 매우 컸습니다. 죽음도 이기는 능력을 가진 분이라면 로마의 정치적 압제도 해결할 수 있을 것이라고 생각했을 것입니다.</w:t>
      </w:r>
    </w:p>
    <w:p w14:paraId="6A101F55" w14:textId="77777777" w:rsidR="003F1722" w:rsidRDefault="00AC3B06">
      <w:pPr>
        <w:ind w:firstLine="369"/>
        <w:rPr>
          <w:lang w:eastAsia="ko-KR"/>
        </w:rPr>
      </w:pPr>
      <w:r>
        <w:rPr>
          <w:lang w:eastAsia="ko-KR"/>
        </w:rPr>
        <w:t xml:space="preserve">여기서 우리는 다시 “호산나”라는 외침을 생각해야 합니다. “우리를 </w:t>
      </w:r>
      <w:proofErr w:type="spellStart"/>
      <w:r>
        <w:rPr>
          <w:lang w:eastAsia="ko-KR"/>
        </w:rPr>
        <w:t>구원하소서</w:t>
      </w:r>
      <w:proofErr w:type="spellEnd"/>
      <w:r>
        <w:rPr>
          <w:lang w:eastAsia="ko-KR"/>
        </w:rPr>
        <w:t>.” 그런데 무엇으로부터 구원해 달라는 것입니까?</w:t>
      </w:r>
    </w:p>
    <w:p w14:paraId="078EFC90" w14:textId="51D3EC23" w:rsidR="003F1722" w:rsidRDefault="00AC3B06">
      <w:pPr>
        <w:ind w:firstLine="369"/>
        <w:rPr>
          <w:lang w:eastAsia="ko-KR"/>
        </w:rPr>
      </w:pPr>
      <w:r>
        <w:rPr>
          <w:lang w:eastAsia="ko-KR"/>
        </w:rPr>
        <w:t xml:space="preserve">그들이 가장 크게 느끼던 문제는 로마의 지배였습니다. </w:t>
      </w:r>
      <w:r w:rsidR="00CD5A2F">
        <w:rPr>
          <w:rFonts w:ascii="Batang" w:eastAsia="Batang" w:hAnsi="Batang" w:cs="Batang" w:hint="eastAsia"/>
          <w:lang w:eastAsia="ko-KR"/>
        </w:rPr>
        <w:t xml:space="preserve">유대인들은 빨리 로마의 </w:t>
      </w:r>
      <w:r>
        <w:rPr>
          <w:lang w:eastAsia="ko-KR"/>
        </w:rPr>
        <w:t>정치적 억압, 경제적인 부담, 민족적인 수치에서 벗어나기를 원했습니다. 그들의 고통은 실제였습니다. 그러므로 그런 해방을 바란 것 자체를</w:t>
      </w:r>
      <w:r w:rsidR="00CD5A2F">
        <w:rPr>
          <w:rFonts w:hint="eastAsia"/>
          <w:lang w:eastAsia="ko-KR"/>
        </w:rPr>
        <w:t xml:space="preserve"> </w:t>
      </w:r>
      <w:r>
        <w:rPr>
          <w:lang w:eastAsia="ko-KR"/>
        </w:rPr>
        <w:t>비판할 수는 없습니다.</w:t>
      </w:r>
    </w:p>
    <w:p w14:paraId="137BDD62" w14:textId="2D5DDE76" w:rsidR="003F1722" w:rsidRDefault="00AC3B06">
      <w:pPr>
        <w:ind w:firstLine="369"/>
        <w:rPr>
          <w:lang w:eastAsia="ko-KR"/>
        </w:rPr>
      </w:pPr>
      <w:r>
        <w:rPr>
          <w:lang w:eastAsia="ko-KR"/>
        </w:rPr>
        <w:t>그러나 예수님은 그들이 보지 못한 더 깊</w:t>
      </w:r>
      <w:r w:rsidR="00CD5A2F">
        <w:rPr>
          <w:rFonts w:ascii="Batang" w:eastAsia="Batang" w:hAnsi="Batang" w:cs="Batang" w:hint="eastAsia"/>
          <w:lang w:eastAsia="ko-KR"/>
        </w:rPr>
        <w:t>고 본질적</w:t>
      </w:r>
      <w:r>
        <w:rPr>
          <w:lang w:eastAsia="ko-KR"/>
        </w:rPr>
        <w:t>은 문제를 보고 계셨습니다.</w:t>
      </w:r>
    </w:p>
    <w:p w14:paraId="11E8AD81" w14:textId="17C71CF4" w:rsidR="003F1722" w:rsidRDefault="00AC3B06">
      <w:pPr>
        <w:ind w:firstLine="369"/>
        <w:rPr>
          <w:lang w:eastAsia="ko-KR"/>
        </w:rPr>
      </w:pPr>
      <w:r>
        <w:rPr>
          <w:lang w:eastAsia="ko-KR"/>
        </w:rPr>
        <w:t xml:space="preserve">로마가 물러가도 인간의 죄는 남습니다. 경제 문제가 해결되어도 인간 마음속의 </w:t>
      </w:r>
      <w:r w:rsidR="0047287D">
        <w:rPr>
          <w:rFonts w:ascii="Batang" w:eastAsia="Batang" w:hAnsi="Batang" w:cs="Batang" w:hint="eastAsia"/>
          <w:lang w:eastAsia="ko-KR"/>
        </w:rPr>
        <w:t>죄악</w:t>
      </w:r>
      <w:r w:rsidR="0047287D">
        <w:rPr>
          <w:lang w:eastAsia="ko-KR"/>
        </w:rPr>
        <w:t>과</w:t>
      </w:r>
      <w:r w:rsidR="0047287D">
        <w:rPr>
          <w:rFonts w:hint="eastAsia"/>
          <w:lang w:eastAsia="ko-KR"/>
        </w:rPr>
        <w:t xml:space="preserve"> </w:t>
      </w:r>
      <w:r>
        <w:rPr>
          <w:lang w:eastAsia="ko-KR"/>
        </w:rPr>
        <w:t>탐욕과</w:t>
      </w:r>
      <w:r w:rsidR="0047287D">
        <w:rPr>
          <w:rFonts w:hint="eastAsia"/>
          <w:lang w:eastAsia="ko-KR"/>
        </w:rPr>
        <w:t xml:space="preserve"> </w:t>
      </w:r>
      <w:r>
        <w:rPr>
          <w:lang w:eastAsia="ko-KR"/>
        </w:rPr>
        <w:t xml:space="preserve">미움은 남습니다. 병이 나아도 인간은 결국 다시 죽습니다. 좋은 직장을 얻고, 계획이 성공하고, 환경이 좋아져도 하나님과의 관계가 회복되지 않는다면 인간의 가장 근본적인 </w:t>
      </w:r>
      <w:r w:rsidR="00720F28">
        <w:rPr>
          <w:rFonts w:ascii="Batang" w:eastAsia="Batang" w:hAnsi="Batang" w:cs="Batang" w:hint="eastAsia"/>
          <w:lang w:eastAsia="ko-KR"/>
        </w:rPr>
        <w:t>죄</w:t>
      </w:r>
      <w:r>
        <w:rPr>
          <w:lang w:eastAsia="ko-KR"/>
        </w:rPr>
        <w:t>문제</w:t>
      </w:r>
      <w:r w:rsidR="00720F28">
        <w:rPr>
          <w:rFonts w:ascii="Batang" w:eastAsia="Batang" w:hAnsi="Batang" w:cs="Batang" w:hint="eastAsia"/>
          <w:lang w:eastAsia="ko-KR"/>
        </w:rPr>
        <w:t>와 죽음문제</w:t>
      </w:r>
      <w:r>
        <w:rPr>
          <w:lang w:eastAsia="ko-KR"/>
        </w:rPr>
        <w:t>는 해결되지 않은 것입니다.</w:t>
      </w:r>
    </w:p>
    <w:p w14:paraId="2654EA7B" w14:textId="36359B96" w:rsidR="003F1722" w:rsidRDefault="00AC3B06">
      <w:pPr>
        <w:ind w:firstLine="369"/>
        <w:rPr>
          <w:lang w:eastAsia="ko-KR"/>
        </w:rPr>
      </w:pPr>
      <w:r>
        <w:rPr>
          <w:lang w:eastAsia="ko-KR"/>
        </w:rPr>
        <w:t xml:space="preserve">사람들은 “주님, </w:t>
      </w:r>
      <w:r w:rsidR="00720F28">
        <w:rPr>
          <w:rFonts w:ascii="Batang" w:eastAsia="Batang" w:hAnsi="Batang" w:cs="Batang" w:hint="eastAsia"/>
          <w:lang w:eastAsia="ko-KR"/>
        </w:rPr>
        <w:t>나를 힘들게 하는 저</w:t>
      </w:r>
      <w:r>
        <w:rPr>
          <w:lang w:eastAsia="ko-KR"/>
        </w:rPr>
        <w:t xml:space="preserve"> 사람들을 </w:t>
      </w:r>
      <w:r w:rsidR="00720F28">
        <w:rPr>
          <w:rFonts w:ascii="Batang" w:eastAsia="Batang" w:hAnsi="Batang" w:cs="Batang" w:hint="eastAsia"/>
          <w:lang w:eastAsia="ko-KR"/>
        </w:rPr>
        <w:t xml:space="preserve">좀 </w:t>
      </w:r>
      <w:r w:rsidR="00CD5A2F">
        <w:rPr>
          <w:rFonts w:ascii="Batang" w:eastAsia="Batang" w:hAnsi="Batang" w:cs="Batang" w:hint="eastAsia"/>
          <w:lang w:eastAsia="ko-KR"/>
        </w:rPr>
        <w:t>어떻게 해</w:t>
      </w:r>
      <w:r w:rsidR="00720F28">
        <w:rPr>
          <w:rFonts w:ascii="Batang" w:eastAsia="Batang" w:hAnsi="Batang" w:cs="Batang" w:hint="eastAsia"/>
          <w:lang w:eastAsia="ko-KR"/>
        </w:rPr>
        <w:t xml:space="preserve"> 주십시요</w:t>
      </w:r>
      <w:r>
        <w:rPr>
          <w:lang w:eastAsia="ko-KR"/>
        </w:rPr>
        <w:t>”</w:t>
      </w:r>
      <w:proofErr w:type="spellStart"/>
      <w:r>
        <w:rPr>
          <w:lang w:eastAsia="ko-KR"/>
        </w:rPr>
        <w:t>라고</w:t>
      </w:r>
      <w:proofErr w:type="spellEnd"/>
      <w:r>
        <w:rPr>
          <w:lang w:eastAsia="ko-KR"/>
        </w:rPr>
        <w:t xml:space="preserve"> </w:t>
      </w:r>
      <w:proofErr w:type="spellStart"/>
      <w:r>
        <w:rPr>
          <w:lang w:eastAsia="ko-KR"/>
        </w:rPr>
        <w:t>생각</w:t>
      </w:r>
      <w:r w:rsidR="00CD5A2F">
        <w:rPr>
          <w:rFonts w:ascii="Batang" w:eastAsia="Batang" w:hAnsi="Batang" w:cs="Batang" w:hint="eastAsia"/>
          <w:lang w:eastAsia="ko-KR"/>
        </w:rPr>
        <w:t>할때가</w:t>
      </w:r>
      <w:proofErr w:type="spellEnd"/>
      <w:r w:rsidR="00CD5A2F">
        <w:rPr>
          <w:rFonts w:ascii="Batang" w:eastAsia="Batang" w:hAnsi="Batang" w:cs="Batang" w:hint="eastAsia"/>
          <w:lang w:eastAsia="ko-KR"/>
        </w:rPr>
        <w:t xml:space="preserve"> 있습니다. </w:t>
      </w:r>
      <w:r>
        <w:rPr>
          <w:lang w:eastAsia="ko-KR"/>
        </w:rPr>
        <w:t>그러나 복음은 우리에게 더 깊은 진실을 보여 줍니다.</w:t>
      </w:r>
    </w:p>
    <w:p w14:paraId="22B44880" w14:textId="0667ADBD" w:rsidR="003F1722" w:rsidRDefault="00AC3B06">
      <w:pPr>
        <w:ind w:firstLine="369"/>
        <w:rPr>
          <w:lang w:eastAsia="ko-KR"/>
        </w:rPr>
      </w:pPr>
      <w:r>
        <w:rPr>
          <w:b/>
          <w:lang w:eastAsia="ko-KR"/>
        </w:rPr>
        <w:t>우리에게 가장 필요한 것은 다른 사람이 받을 심판을 바라보는 것이 아니라, 내가 받아야 할 심판을 대신 담당해 주실 구원자</w:t>
      </w:r>
      <w:r w:rsidR="00467424">
        <w:rPr>
          <w:rFonts w:hint="eastAsia"/>
          <w:b/>
          <w:lang w:eastAsia="ko-KR"/>
        </w:rPr>
        <w:t xml:space="preserve"> </w:t>
      </w:r>
      <w:r w:rsidR="00467424">
        <w:rPr>
          <w:rFonts w:ascii="Batang" w:eastAsia="Batang" w:hAnsi="Batang" w:cs="Batang" w:hint="eastAsia"/>
          <w:b/>
          <w:lang w:eastAsia="ko-KR"/>
        </w:rPr>
        <w:t>예수님을 보는 것</w:t>
      </w:r>
      <w:r>
        <w:rPr>
          <w:b/>
          <w:lang w:eastAsia="ko-KR"/>
        </w:rPr>
        <w:t>입니다.</w:t>
      </w:r>
    </w:p>
    <w:p w14:paraId="794E2BD7" w14:textId="77777777" w:rsidR="003F1722" w:rsidRDefault="00AC3B06">
      <w:pPr>
        <w:ind w:firstLine="369"/>
        <w:rPr>
          <w:lang w:eastAsia="ko-KR"/>
        </w:rPr>
      </w:pPr>
      <w:r>
        <w:rPr>
          <w:lang w:eastAsia="ko-KR"/>
        </w:rPr>
        <w:t xml:space="preserve">예수님은 로마를 향해 칼을 들러 오신 것이 아니라, 우리의 죄를 짊어지고 십자가에 달리러 오셨습니다. 유대인들은 </w:t>
      </w:r>
      <w:proofErr w:type="spellStart"/>
      <w:r>
        <w:rPr>
          <w:lang w:eastAsia="ko-KR"/>
        </w:rPr>
        <w:t>로마로부터의</w:t>
      </w:r>
      <w:proofErr w:type="spellEnd"/>
      <w:r>
        <w:rPr>
          <w:lang w:eastAsia="ko-KR"/>
        </w:rPr>
        <w:t xml:space="preserve"> 자유를 원했지만 예수님은 죄와 죽음과 멸망으로부터의 영원한 자유를 주고자 하셨습니다.</w:t>
      </w:r>
    </w:p>
    <w:p w14:paraId="46F4D309" w14:textId="77777777" w:rsidR="003F1722" w:rsidRDefault="00AC3B06">
      <w:pPr>
        <w:ind w:firstLine="369"/>
        <w:rPr>
          <w:lang w:eastAsia="ko-KR"/>
        </w:rPr>
      </w:pPr>
      <w:r>
        <w:rPr>
          <w:lang w:eastAsia="ko-KR"/>
        </w:rPr>
        <w:lastRenderedPageBreak/>
        <w:t>예수님은 우리의 외적인 상황만 조금 개선해 주시기 위해 오신 분이 아닙니다. 우리를 하나님과 화목하게 하시고, 우리 안에 거하시며, 우리의 주와 왕이 되어 우리와 함께 살아가게 하시기 위해 오셨습니다.</w:t>
      </w:r>
    </w:p>
    <w:p w14:paraId="3950EABE" w14:textId="77777777" w:rsidR="003F1722" w:rsidRDefault="00AC3B06">
      <w:pPr>
        <w:spacing w:before="60" w:after="140" w:line="293" w:lineRule="auto"/>
        <w:ind w:left="454" w:right="227"/>
        <w:rPr>
          <w:lang w:eastAsia="ko-KR"/>
        </w:rPr>
      </w:pPr>
      <w:r>
        <w:rPr>
          <w:b/>
          <w:lang w:eastAsia="ko-KR"/>
        </w:rPr>
        <w:t xml:space="preserve">“예수께서 우리를 위하여 </w:t>
      </w:r>
      <w:proofErr w:type="spellStart"/>
      <w:r>
        <w:rPr>
          <w:b/>
          <w:lang w:eastAsia="ko-KR"/>
        </w:rPr>
        <w:t>죽으사</w:t>
      </w:r>
      <w:proofErr w:type="spellEnd"/>
      <w:r>
        <w:rPr>
          <w:b/>
          <w:lang w:eastAsia="ko-KR"/>
        </w:rPr>
        <w:t xml:space="preserve"> 우리로 하여금 깨어 있든지 자든지 자기와 함께 살게 하려 </w:t>
      </w:r>
      <w:proofErr w:type="spellStart"/>
      <w:r>
        <w:rPr>
          <w:b/>
          <w:lang w:eastAsia="ko-KR"/>
        </w:rPr>
        <w:t>하셨느니라</w:t>
      </w:r>
      <w:proofErr w:type="spellEnd"/>
      <w:r>
        <w:rPr>
          <w:b/>
          <w:lang w:eastAsia="ko-KR"/>
        </w:rPr>
        <w:t xml:space="preserve">.” — </w:t>
      </w:r>
      <w:proofErr w:type="spellStart"/>
      <w:r>
        <w:rPr>
          <w:b/>
          <w:lang w:eastAsia="ko-KR"/>
        </w:rPr>
        <w:t>데살로니가전서</w:t>
      </w:r>
      <w:proofErr w:type="spellEnd"/>
      <w:r>
        <w:rPr>
          <w:b/>
          <w:lang w:eastAsia="ko-KR"/>
        </w:rPr>
        <w:t xml:space="preserve"> 5:10</w:t>
      </w:r>
    </w:p>
    <w:p w14:paraId="704A5921" w14:textId="77777777" w:rsidR="003F1722" w:rsidRDefault="00AC3B06">
      <w:pPr>
        <w:ind w:firstLine="369"/>
        <w:rPr>
          <w:lang w:eastAsia="ko-KR"/>
        </w:rPr>
      </w:pPr>
      <w:r>
        <w:rPr>
          <w:lang w:eastAsia="ko-KR"/>
        </w:rPr>
        <w:t>이것은 우리의 기도생활에도 중요한 질문을 던집니다. 우리는 건강, 가족, 직장, 비자, 경제적인 문제, 진로와 계획을 위해 기도합니다. 이런 기도는 중요합니다. 하나님은 우리의 현실적인 필요에도 관심을 가지십니다.</w:t>
      </w:r>
    </w:p>
    <w:p w14:paraId="05DA2645" w14:textId="44EDA1E0" w:rsidR="00720F28" w:rsidRPr="00720F28" w:rsidRDefault="00AC3B06" w:rsidP="00720F28">
      <w:pPr>
        <w:ind w:firstLine="369"/>
        <w:rPr>
          <w:rFonts w:ascii="Batang" w:eastAsia="Batang" w:hAnsi="Batang" w:cs="Batang"/>
          <w:lang w:eastAsia="ko-KR"/>
        </w:rPr>
      </w:pPr>
      <w:r>
        <w:rPr>
          <w:lang w:eastAsia="ko-KR"/>
        </w:rPr>
        <w:t>그러나 우리의 기도가 “하나님, 제가 원하는 방식대로만 제 삶을 움직여 주세요”라는 요구가 되어서는 안 됩니다.</w:t>
      </w:r>
      <w:r w:rsidR="00720F28">
        <w:rPr>
          <w:rFonts w:hint="eastAsia"/>
          <w:lang w:eastAsia="ko-KR"/>
        </w:rPr>
        <w:t xml:space="preserve"> </w:t>
      </w:r>
      <w:r w:rsidR="00720F28">
        <w:rPr>
          <w:rFonts w:ascii="Batang" w:eastAsia="Batang" w:hAnsi="Batang" w:cs="Batang" w:hint="eastAsia"/>
          <w:lang w:eastAsia="ko-KR"/>
        </w:rPr>
        <w:t>그래서 하나님</w:t>
      </w:r>
      <w:r w:rsidR="00FF12E5">
        <w:rPr>
          <w:rFonts w:ascii="Batang" w:eastAsia="Batang" w:hAnsi="Batang" w:cs="Batang" w:hint="eastAsia"/>
          <w:lang w:eastAsia="ko-KR"/>
        </w:rPr>
        <w:t>께 하나님</w:t>
      </w:r>
      <w:r w:rsidR="00720F28">
        <w:rPr>
          <w:rFonts w:ascii="Batang" w:eastAsia="Batang" w:hAnsi="Batang" w:cs="Batang" w:hint="eastAsia"/>
          <w:lang w:eastAsia="ko-KR"/>
        </w:rPr>
        <w:t xml:space="preserve"> 당신</w:t>
      </w:r>
      <w:r w:rsidR="00FF12E5">
        <w:rPr>
          <w:rFonts w:ascii="Batang" w:eastAsia="Batang" w:hAnsi="Batang" w:cs="Batang" w:hint="eastAsia"/>
          <w:lang w:eastAsia="ko-KR"/>
        </w:rPr>
        <w:t xml:space="preserve">은 재가 무엇을 기도하길 원하십니까? 그러면 하나님이 감동을 주십니다. 생각이 나게 하십니다. 그러면 그 기도를 하는 것입니다. </w:t>
      </w:r>
    </w:p>
    <w:p w14:paraId="1068EB3D" w14:textId="50B8BC86" w:rsidR="003F1722" w:rsidRPr="00720F28" w:rsidRDefault="00AC3B06">
      <w:pPr>
        <w:ind w:firstLine="369"/>
        <w:rPr>
          <w:rFonts w:ascii="Batang" w:eastAsia="Batang" w:hAnsi="Batang" w:cs="Batang"/>
          <w:lang w:eastAsia="ko-KR"/>
        </w:rPr>
      </w:pPr>
      <w:r>
        <w:rPr>
          <w:lang w:eastAsia="ko-KR"/>
        </w:rPr>
        <w:t xml:space="preserve">예루살렘의 군중도 예수님을 싫어했던 것이 아닙니다. 오히려 </w:t>
      </w:r>
      <w:r w:rsidR="00FF12E5">
        <w:rPr>
          <w:rFonts w:ascii="Batang" w:eastAsia="Batang" w:hAnsi="Batang" w:cs="Batang" w:hint="eastAsia"/>
          <w:lang w:eastAsia="ko-KR"/>
        </w:rPr>
        <w:t xml:space="preserve">예수님이 </w:t>
      </w:r>
      <w:r w:rsidR="00720F28">
        <w:rPr>
          <w:rFonts w:ascii="Batang" w:eastAsia="Batang" w:hAnsi="Batang" w:cs="Batang" w:hint="eastAsia"/>
          <w:lang w:eastAsia="ko-KR"/>
        </w:rPr>
        <w:t xml:space="preserve">예루살렘에 들어오실 때 </w:t>
      </w:r>
      <w:r>
        <w:rPr>
          <w:lang w:eastAsia="ko-KR"/>
        </w:rPr>
        <w:t>열정적으로 환영했습니다. 문제는 자신들이 기대하는 방식의 예수님을 원했다는 것입니다. 자신들의 정치적 독립과 민족의 회복을 이루어 줄 메시아를 기대했습니다.</w:t>
      </w:r>
      <w:r w:rsidR="00720F28">
        <w:rPr>
          <w:rFonts w:hint="eastAsia"/>
          <w:lang w:eastAsia="ko-KR"/>
        </w:rPr>
        <w:t xml:space="preserve"> </w:t>
      </w:r>
      <w:r w:rsidR="00720F28">
        <w:rPr>
          <w:rFonts w:ascii="Batang" w:eastAsia="Batang" w:hAnsi="Batang" w:cs="Batang" w:hint="eastAsia"/>
          <w:lang w:eastAsia="ko-KR"/>
        </w:rPr>
        <w:t xml:space="preserve">그러나 예수님이 그 기대에 부응하지 못하자 곧 </w:t>
      </w:r>
      <w:r w:rsidR="00FF12E5">
        <w:rPr>
          <w:rFonts w:ascii="Batang" w:eastAsia="Batang" w:hAnsi="Batang" w:cs="Batang" w:hint="eastAsia"/>
          <w:lang w:eastAsia="ko-KR"/>
        </w:rPr>
        <w:t xml:space="preserve">며칠 만에 </w:t>
      </w:r>
      <w:r w:rsidR="00720F28">
        <w:rPr>
          <w:rFonts w:ascii="Batang" w:eastAsia="Batang" w:hAnsi="Batang" w:cs="Batang" w:hint="eastAsia"/>
          <w:lang w:eastAsia="ko-KR"/>
        </w:rPr>
        <w:t xml:space="preserve">예수님을 십자가에 못박으라고 소리칩니다. </w:t>
      </w:r>
    </w:p>
    <w:p w14:paraId="2415476C" w14:textId="06D6CC8B" w:rsidR="003F1722" w:rsidRDefault="00AC3B06">
      <w:pPr>
        <w:ind w:firstLine="369"/>
        <w:rPr>
          <w:lang w:eastAsia="ko-KR"/>
        </w:rPr>
      </w:pPr>
      <w:r>
        <w:rPr>
          <w:lang w:eastAsia="ko-KR"/>
        </w:rPr>
        <w:t xml:space="preserve">예수님의 구원 계획은 훨씬 컸습니다. </w:t>
      </w:r>
      <w:r w:rsidR="00720F28">
        <w:rPr>
          <w:rFonts w:ascii="Batang" w:eastAsia="Batang" w:hAnsi="Batang" w:cs="Batang" w:hint="eastAsia"/>
          <w:lang w:eastAsia="ko-KR"/>
        </w:rPr>
        <w:t xml:space="preserve">온인류의 </w:t>
      </w:r>
      <w:r>
        <w:rPr>
          <w:lang w:eastAsia="ko-KR"/>
        </w:rPr>
        <w:t>죄</w:t>
      </w:r>
      <w:r w:rsidR="00720F28">
        <w:rPr>
          <w:rFonts w:ascii="Batang" w:eastAsia="Batang" w:hAnsi="Batang" w:cs="Batang" w:hint="eastAsia"/>
          <w:lang w:eastAsia="ko-KR"/>
        </w:rPr>
        <w:t xml:space="preserve">를 대신지고 가심으로 우리가 </w:t>
      </w:r>
      <w:r>
        <w:rPr>
          <w:lang w:eastAsia="ko-KR"/>
        </w:rPr>
        <w:t xml:space="preserve">하나님과 화목하게 </w:t>
      </w:r>
      <w:r w:rsidR="00720F28">
        <w:rPr>
          <w:rFonts w:ascii="Batang" w:eastAsia="Batang" w:hAnsi="Batang" w:cs="Batang" w:hint="eastAsia"/>
          <w:lang w:eastAsia="ko-KR"/>
        </w:rPr>
        <w:t>되</w:t>
      </w:r>
      <w:r>
        <w:rPr>
          <w:lang w:eastAsia="ko-KR"/>
        </w:rPr>
        <w:t xml:space="preserve">고, 영생을 </w:t>
      </w:r>
      <w:r w:rsidR="00720F28">
        <w:rPr>
          <w:rFonts w:ascii="Batang" w:eastAsia="Batang" w:hAnsi="Batang" w:cs="Batang" w:hint="eastAsia"/>
          <w:lang w:eastAsia="ko-KR"/>
        </w:rPr>
        <w:t>얻으며</w:t>
      </w:r>
      <w:r>
        <w:rPr>
          <w:lang w:eastAsia="ko-KR"/>
        </w:rPr>
        <w:t>,</w:t>
      </w:r>
      <w:r w:rsidR="00720F28">
        <w:rPr>
          <w:rFonts w:hint="eastAsia"/>
          <w:lang w:eastAsia="ko-KR"/>
        </w:rPr>
        <w:t xml:space="preserve"> </w:t>
      </w:r>
      <w:r>
        <w:rPr>
          <w:lang w:eastAsia="ko-KR"/>
        </w:rPr>
        <w:t>구원</w:t>
      </w:r>
      <w:r w:rsidR="00720F28">
        <w:rPr>
          <w:rFonts w:ascii="Batang" w:eastAsia="Batang" w:hAnsi="Batang" w:cs="Batang" w:hint="eastAsia"/>
          <w:lang w:eastAsia="ko-KR"/>
        </w:rPr>
        <w:t xml:space="preserve">을 얻는 </w:t>
      </w:r>
      <w:r>
        <w:rPr>
          <w:lang w:eastAsia="ko-KR"/>
        </w:rPr>
        <w:t>것이었습니다.</w:t>
      </w:r>
    </w:p>
    <w:p w14:paraId="5F61BFEB" w14:textId="77777777" w:rsidR="003F1722" w:rsidRDefault="00AC3B06">
      <w:pPr>
        <w:ind w:firstLine="369"/>
        <w:rPr>
          <w:lang w:eastAsia="ko-KR"/>
        </w:rPr>
      </w:pPr>
      <w:r>
        <w:rPr>
          <w:lang w:eastAsia="ko-KR"/>
        </w:rPr>
        <w:t>우리도 기도가 응답되지 않거나 길이 막힐 때 실망할 수 있습니다. “하나님, 정말 나를 사랑하십니까?”</w:t>
      </w:r>
      <w:proofErr w:type="spellStart"/>
      <w:r>
        <w:rPr>
          <w:lang w:eastAsia="ko-KR"/>
        </w:rPr>
        <w:t>라고</w:t>
      </w:r>
      <w:proofErr w:type="spellEnd"/>
      <w:r>
        <w:rPr>
          <w:lang w:eastAsia="ko-KR"/>
        </w:rPr>
        <w:t xml:space="preserve"> 묻기도 합니다.</w:t>
      </w:r>
    </w:p>
    <w:p w14:paraId="440C715D" w14:textId="77777777" w:rsidR="003F1722" w:rsidRDefault="00AC3B06">
      <w:pPr>
        <w:ind w:firstLine="369"/>
        <w:rPr>
          <w:lang w:eastAsia="ko-KR"/>
        </w:rPr>
      </w:pPr>
      <w:r>
        <w:rPr>
          <w:lang w:eastAsia="ko-KR"/>
        </w:rPr>
        <w:t>그러나 생각해 보십시오. 만일 하나님께서 우리가 원하는 것을 언제나 우리가 원하는 때와 방식으로 모두 주신다면 그것이 정말 우리에게 좋은 일이겠습니까?</w:t>
      </w:r>
    </w:p>
    <w:p w14:paraId="2C65D234" w14:textId="764179ED" w:rsidR="003F1722" w:rsidRDefault="00AC3B06">
      <w:pPr>
        <w:ind w:firstLine="369"/>
        <w:rPr>
          <w:lang w:eastAsia="ko-KR"/>
        </w:rPr>
      </w:pPr>
      <w:r>
        <w:rPr>
          <w:lang w:eastAsia="ko-KR"/>
        </w:rPr>
        <w:t>좋은 부모는 아이가 원하는 것을 무조건 다 주는 부모가 아닙니다. 아이에게 정말 필요한 것을 주는 부모입니다. 우리보다 우리의 필요를 더 잘 아시는 하나님은 때로 기다리게 하시고, 때로 다른 길로 인도하시며, 때로 우리가 구한 것을 주시지 않음으로 더 깊은 은혜를 주십니다.</w:t>
      </w:r>
      <w:r w:rsidR="00720F28">
        <w:rPr>
          <w:rFonts w:hint="eastAsia"/>
          <w:lang w:eastAsia="ko-KR"/>
        </w:rPr>
        <w:t xml:space="preserve"> </w:t>
      </w:r>
    </w:p>
    <w:p w14:paraId="593DF16D" w14:textId="46007F96" w:rsidR="003F1722" w:rsidRPr="00FF12E5" w:rsidRDefault="00AC3B06">
      <w:pPr>
        <w:ind w:firstLine="369"/>
        <w:rPr>
          <w:rFonts w:ascii="Batang" w:eastAsia="Batang" w:hAnsi="Batang" w:cs="Batang"/>
          <w:lang w:eastAsia="ko-KR"/>
        </w:rPr>
      </w:pPr>
      <w:r>
        <w:rPr>
          <w:b/>
          <w:lang w:eastAsia="ko-KR"/>
        </w:rPr>
        <w:t>그래서 믿음은 “주님, 제가 원하는 것을 주시면 믿겠습니다”가 아닙니다. 믿음은 “주님, 제가 원하는 것보다 저에게 필요한 것을 주님이 더 잘 아십니다”</w:t>
      </w:r>
      <w:proofErr w:type="spellStart"/>
      <w:r>
        <w:rPr>
          <w:b/>
          <w:lang w:eastAsia="ko-KR"/>
        </w:rPr>
        <w:t>라고</w:t>
      </w:r>
      <w:proofErr w:type="spellEnd"/>
      <w:r>
        <w:rPr>
          <w:b/>
          <w:lang w:eastAsia="ko-KR"/>
        </w:rPr>
        <w:t xml:space="preserve"> 고백하는 것입니다.</w:t>
      </w:r>
      <w:r w:rsidR="00FF12E5">
        <w:rPr>
          <w:rFonts w:hint="eastAsia"/>
          <w:b/>
          <w:lang w:eastAsia="ko-KR"/>
        </w:rPr>
        <w:t xml:space="preserve"> </w:t>
      </w:r>
      <w:r w:rsidR="00FF12E5">
        <w:rPr>
          <w:rFonts w:ascii="Batang" w:eastAsia="Batang" w:hAnsi="Batang" w:cs="Batang" w:hint="eastAsia"/>
          <w:b/>
          <w:lang w:eastAsia="ko-KR"/>
        </w:rPr>
        <w:t>그리고 그것을 달라고 기도하는 것입니다.</w:t>
      </w:r>
    </w:p>
    <w:p w14:paraId="3863C8F3" w14:textId="77777777" w:rsidR="003F1722" w:rsidRDefault="00AC3B06">
      <w:pPr>
        <w:pStyle w:val="Heading1"/>
        <w:rPr>
          <w:lang w:eastAsia="ko-KR"/>
        </w:rPr>
      </w:pPr>
      <w:r>
        <w:rPr>
          <w:lang w:eastAsia="ko-KR"/>
        </w:rPr>
        <w:t xml:space="preserve">4. </w:t>
      </w:r>
      <w:r>
        <w:rPr>
          <w:lang w:eastAsia="ko-KR"/>
        </w:rPr>
        <w:t>나귀</w:t>
      </w:r>
      <w:r>
        <w:rPr>
          <w:lang w:eastAsia="ko-KR"/>
        </w:rPr>
        <w:t xml:space="preserve"> </w:t>
      </w:r>
      <w:r>
        <w:rPr>
          <w:lang w:eastAsia="ko-KR"/>
        </w:rPr>
        <w:t>타신</w:t>
      </w:r>
      <w:r>
        <w:rPr>
          <w:lang w:eastAsia="ko-KR"/>
        </w:rPr>
        <w:t xml:space="preserve"> </w:t>
      </w:r>
      <w:r>
        <w:rPr>
          <w:lang w:eastAsia="ko-KR"/>
        </w:rPr>
        <w:t>왕은</w:t>
      </w:r>
      <w:r>
        <w:rPr>
          <w:lang w:eastAsia="ko-KR"/>
        </w:rPr>
        <w:t xml:space="preserve"> </w:t>
      </w:r>
      <w:r>
        <w:rPr>
          <w:lang w:eastAsia="ko-KR"/>
        </w:rPr>
        <w:t>온</w:t>
      </w:r>
      <w:r>
        <w:rPr>
          <w:lang w:eastAsia="ko-KR"/>
        </w:rPr>
        <w:t xml:space="preserve"> </w:t>
      </w:r>
      <w:r>
        <w:rPr>
          <w:lang w:eastAsia="ko-KR"/>
        </w:rPr>
        <w:t>세상의</w:t>
      </w:r>
      <w:r>
        <w:rPr>
          <w:lang w:eastAsia="ko-KR"/>
        </w:rPr>
        <w:t xml:space="preserve"> </w:t>
      </w:r>
      <w:r>
        <w:rPr>
          <w:lang w:eastAsia="ko-KR"/>
        </w:rPr>
        <w:t>왕이십니다</w:t>
      </w:r>
      <w:r>
        <w:rPr>
          <w:lang w:eastAsia="ko-KR"/>
        </w:rPr>
        <w:t xml:space="preserve"> — 19</w:t>
      </w:r>
      <w:r>
        <w:rPr>
          <w:lang w:eastAsia="ko-KR"/>
        </w:rPr>
        <w:t>절과</w:t>
      </w:r>
      <w:r>
        <w:rPr>
          <w:lang w:eastAsia="ko-KR"/>
        </w:rPr>
        <w:t xml:space="preserve"> </w:t>
      </w:r>
      <w:r>
        <w:rPr>
          <w:lang w:eastAsia="ko-KR"/>
        </w:rPr>
        <w:t>이어지는</w:t>
      </w:r>
      <w:r>
        <w:rPr>
          <w:lang w:eastAsia="ko-KR"/>
        </w:rPr>
        <w:t xml:space="preserve"> </w:t>
      </w:r>
      <w:r>
        <w:rPr>
          <w:lang w:eastAsia="ko-KR"/>
        </w:rPr>
        <w:t>문맥</w:t>
      </w:r>
    </w:p>
    <w:p w14:paraId="6720F0C3" w14:textId="77777777" w:rsidR="003F1722" w:rsidRDefault="00AC3B06">
      <w:pPr>
        <w:ind w:firstLine="369"/>
        <w:rPr>
          <w:lang w:eastAsia="ko-KR"/>
        </w:rPr>
      </w:pPr>
      <w:r>
        <w:rPr>
          <w:lang w:eastAsia="ko-KR"/>
        </w:rPr>
        <w:t>19절에서 바리새인들은 서로 말합니다.</w:t>
      </w:r>
    </w:p>
    <w:p w14:paraId="75C1448D" w14:textId="77777777" w:rsidR="003F1722" w:rsidRDefault="00AC3B06">
      <w:pPr>
        <w:spacing w:before="60" w:after="140" w:line="293" w:lineRule="auto"/>
        <w:ind w:left="454" w:right="227"/>
        <w:rPr>
          <w:lang w:eastAsia="ko-KR"/>
        </w:rPr>
      </w:pPr>
      <w:r>
        <w:rPr>
          <w:b/>
          <w:lang w:eastAsia="ko-KR"/>
        </w:rPr>
        <w:t xml:space="preserve">“보라 온 세상이 그를 </w:t>
      </w:r>
      <w:proofErr w:type="spellStart"/>
      <w:r>
        <w:rPr>
          <w:b/>
          <w:lang w:eastAsia="ko-KR"/>
        </w:rPr>
        <w:t>따르는도다</w:t>
      </w:r>
      <w:proofErr w:type="spellEnd"/>
      <w:r>
        <w:rPr>
          <w:b/>
          <w:lang w:eastAsia="ko-KR"/>
        </w:rPr>
        <w:t>.”</w:t>
      </w:r>
    </w:p>
    <w:p w14:paraId="126FBBA7" w14:textId="4696876C" w:rsidR="003F1722" w:rsidRDefault="00AC3B06">
      <w:pPr>
        <w:ind w:firstLine="369"/>
        <w:rPr>
          <w:lang w:eastAsia="ko-KR"/>
        </w:rPr>
      </w:pPr>
      <w:r>
        <w:rPr>
          <w:lang w:eastAsia="ko-KR"/>
        </w:rPr>
        <w:t xml:space="preserve">그들은 예수님의 인기가 </w:t>
      </w:r>
      <w:r w:rsidR="00FF12E5">
        <w:rPr>
          <w:rFonts w:ascii="Batang" w:eastAsia="Batang" w:hAnsi="Batang" w:cs="Batang" w:hint="eastAsia"/>
          <w:lang w:eastAsia="ko-KR"/>
        </w:rPr>
        <w:t xml:space="preserve">너무나 </w:t>
      </w:r>
      <w:r>
        <w:rPr>
          <w:lang w:eastAsia="ko-KR"/>
        </w:rPr>
        <w:t xml:space="preserve">커지는 것을 보고 좌절하여 </w:t>
      </w:r>
      <w:r w:rsidR="00FF12E5">
        <w:rPr>
          <w:rFonts w:ascii="Batang" w:eastAsia="Batang" w:hAnsi="Batang" w:cs="Batang" w:hint="eastAsia"/>
          <w:lang w:eastAsia="ko-KR"/>
        </w:rPr>
        <w:t xml:space="preserve">이런 </w:t>
      </w:r>
      <w:r>
        <w:rPr>
          <w:lang w:eastAsia="ko-KR"/>
        </w:rPr>
        <w:t>표현을 한 것입니다. 그런데 요한복음은 이 말을 아주 의미 있게 배치합니다.</w:t>
      </w:r>
    </w:p>
    <w:p w14:paraId="637EB4D5" w14:textId="77777777" w:rsidR="003F1722" w:rsidRDefault="00AC3B06">
      <w:pPr>
        <w:ind w:firstLine="369"/>
        <w:rPr>
          <w:lang w:eastAsia="ko-KR"/>
        </w:rPr>
      </w:pPr>
      <w:r>
        <w:rPr>
          <w:lang w:eastAsia="ko-KR"/>
        </w:rPr>
        <w:lastRenderedPageBreak/>
        <w:t xml:space="preserve">바로 다음 20절에서 </w:t>
      </w:r>
      <w:proofErr w:type="spellStart"/>
      <w:r>
        <w:rPr>
          <w:lang w:eastAsia="ko-KR"/>
        </w:rPr>
        <w:t>헬라인들이</w:t>
      </w:r>
      <w:proofErr w:type="spellEnd"/>
      <w:r>
        <w:rPr>
          <w:lang w:eastAsia="ko-KR"/>
        </w:rPr>
        <w:t xml:space="preserve"> 예수님을 찾아와 말합니다.</w:t>
      </w:r>
    </w:p>
    <w:p w14:paraId="0EEC2DF1" w14:textId="77777777" w:rsidR="003F1722" w:rsidRDefault="00AC3B06">
      <w:pPr>
        <w:spacing w:before="60" w:after="140" w:line="293" w:lineRule="auto"/>
        <w:ind w:left="454" w:right="227"/>
        <w:rPr>
          <w:lang w:eastAsia="ko-KR"/>
        </w:rPr>
      </w:pPr>
      <w:r>
        <w:rPr>
          <w:b/>
          <w:lang w:eastAsia="ko-KR"/>
        </w:rPr>
        <w:t xml:space="preserve">“선생이여 우리가 예수를 </w:t>
      </w:r>
      <w:proofErr w:type="spellStart"/>
      <w:r>
        <w:rPr>
          <w:b/>
          <w:lang w:eastAsia="ko-KR"/>
        </w:rPr>
        <w:t>뵈옵고자</w:t>
      </w:r>
      <w:proofErr w:type="spellEnd"/>
      <w:r>
        <w:rPr>
          <w:b/>
          <w:lang w:eastAsia="ko-KR"/>
        </w:rPr>
        <w:t xml:space="preserve"> 하나이다.”</w:t>
      </w:r>
    </w:p>
    <w:p w14:paraId="15AB32DF" w14:textId="77777777" w:rsidR="003F1722" w:rsidRDefault="00AC3B06">
      <w:pPr>
        <w:ind w:firstLine="369"/>
        <w:rPr>
          <w:lang w:eastAsia="ko-KR"/>
        </w:rPr>
      </w:pPr>
      <w:r>
        <w:rPr>
          <w:lang w:eastAsia="ko-KR"/>
        </w:rPr>
        <w:t>바리새인들은 불평으로 “온 세상이 그를 따른다”</w:t>
      </w:r>
      <w:proofErr w:type="spellStart"/>
      <w:r>
        <w:rPr>
          <w:lang w:eastAsia="ko-KR"/>
        </w:rPr>
        <w:t>라고</w:t>
      </w:r>
      <w:proofErr w:type="spellEnd"/>
      <w:r>
        <w:rPr>
          <w:lang w:eastAsia="ko-KR"/>
        </w:rPr>
        <w:t xml:space="preserve"> 말했는데, 바로 다음 장면에서 실제로 이방인들이 예수님을 찾아오기 시작합니다.</w:t>
      </w:r>
    </w:p>
    <w:p w14:paraId="63CB50F4" w14:textId="77777777" w:rsidR="003F1722" w:rsidRDefault="00AC3B06">
      <w:pPr>
        <w:ind w:firstLine="369"/>
        <w:rPr>
          <w:lang w:eastAsia="ko-KR"/>
        </w:rPr>
      </w:pPr>
      <w:r>
        <w:rPr>
          <w:lang w:eastAsia="ko-KR"/>
        </w:rPr>
        <w:t>예수님은 이스라엘의 정치적 왕으로만 오신 분이 아닙니다. 유대인과 이방인을 포함하여 온 세상의 구주가 되기 위해 오셨습니다.</w:t>
      </w:r>
    </w:p>
    <w:p w14:paraId="09ED8679" w14:textId="77777777" w:rsidR="003F1722" w:rsidRDefault="00AC3B06">
      <w:pPr>
        <w:ind w:firstLine="369"/>
        <w:rPr>
          <w:lang w:eastAsia="ko-KR"/>
        </w:rPr>
      </w:pPr>
      <w:r>
        <w:rPr>
          <w:lang w:eastAsia="ko-KR"/>
        </w:rPr>
        <w:t xml:space="preserve">그리고 </w:t>
      </w:r>
      <w:proofErr w:type="spellStart"/>
      <w:r>
        <w:rPr>
          <w:lang w:eastAsia="ko-KR"/>
        </w:rPr>
        <w:t>헬라인들이</w:t>
      </w:r>
      <w:proofErr w:type="spellEnd"/>
      <w:r>
        <w:rPr>
          <w:lang w:eastAsia="ko-KR"/>
        </w:rPr>
        <w:t xml:space="preserve"> 찾아왔다는 말을 들으신 예수님은 요한복음 12장 23절에서 말씀하십니다.</w:t>
      </w:r>
    </w:p>
    <w:p w14:paraId="784C7DA9" w14:textId="77777777" w:rsidR="003F1722" w:rsidRDefault="00AC3B06">
      <w:pPr>
        <w:spacing w:before="60" w:after="140" w:line="293" w:lineRule="auto"/>
        <w:ind w:left="454" w:right="227"/>
        <w:rPr>
          <w:lang w:eastAsia="ko-KR"/>
        </w:rPr>
      </w:pPr>
      <w:r>
        <w:rPr>
          <w:b/>
          <w:lang w:eastAsia="ko-KR"/>
        </w:rPr>
        <w:t xml:space="preserve">“인자가 영광을 얻을 때가 </w:t>
      </w:r>
      <w:proofErr w:type="spellStart"/>
      <w:r>
        <w:rPr>
          <w:b/>
          <w:lang w:eastAsia="ko-KR"/>
        </w:rPr>
        <w:t>왔도다</w:t>
      </w:r>
      <w:proofErr w:type="spellEnd"/>
      <w:r>
        <w:rPr>
          <w:b/>
          <w:lang w:eastAsia="ko-KR"/>
        </w:rPr>
        <w:t>.”</w:t>
      </w:r>
    </w:p>
    <w:p w14:paraId="297DB4F5" w14:textId="77777777" w:rsidR="003F1722" w:rsidRDefault="00AC3B06">
      <w:pPr>
        <w:ind w:firstLine="369"/>
        <w:rPr>
          <w:lang w:eastAsia="ko-KR"/>
        </w:rPr>
      </w:pPr>
      <w:r>
        <w:rPr>
          <w:lang w:eastAsia="ko-KR"/>
        </w:rPr>
        <w:t>이어 24절에서는 말씀하십니다.</w:t>
      </w:r>
    </w:p>
    <w:p w14:paraId="5693D885" w14:textId="77777777" w:rsidR="003F1722" w:rsidRDefault="00AC3B06">
      <w:pPr>
        <w:spacing w:before="60" w:after="140" w:line="293" w:lineRule="auto"/>
        <w:ind w:left="454" w:right="227"/>
        <w:rPr>
          <w:lang w:eastAsia="ko-KR"/>
        </w:rPr>
      </w:pPr>
      <w:r>
        <w:rPr>
          <w:b/>
          <w:lang w:eastAsia="ko-KR"/>
        </w:rPr>
        <w:t xml:space="preserve">“한 알의 밀이 땅에 떨어져 죽지 아니하면 한 알 그대로 있고 죽으면 많은 열매를 </w:t>
      </w:r>
      <w:proofErr w:type="spellStart"/>
      <w:r>
        <w:rPr>
          <w:b/>
          <w:lang w:eastAsia="ko-KR"/>
        </w:rPr>
        <w:t>맺느니라</w:t>
      </w:r>
      <w:proofErr w:type="spellEnd"/>
      <w:r>
        <w:rPr>
          <w:b/>
          <w:lang w:eastAsia="ko-KR"/>
        </w:rPr>
        <w:t>.”</w:t>
      </w:r>
    </w:p>
    <w:p w14:paraId="00E64508" w14:textId="77777777" w:rsidR="003F1722" w:rsidRDefault="00AC3B06">
      <w:pPr>
        <w:ind w:firstLine="369"/>
        <w:rPr>
          <w:lang w:eastAsia="ko-KR"/>
        </w:rPr>
      </w:pPr>
      <w:r>
        <w:rPr>
          <w:lang w:eastAsia="ko-KR"/>
        </w:rPr>
        <w:t>그리고 32절에서는 이렇게 말씀하십니다.</w:t>
      </w:r>
    </w:p>
    <w:p w14:paraId="1CF2E7CD" w14:textId="77777777" w:rsidR="003F1722" w:rsidRDefault="00AC3B06">
      <w:pPr>
        <w:spacing w:before="60" w:after="140" w:line="293" w:lineRule="auto"/>
        <w:ind w:left="454" w:right="227"/>
        <w:rPr>
          <w:lang w:eastAsia="ko-KR"/>
        </w:rPr>
      </w:pPr>
      <w:r>
        <w:rPr>
          <w:b/>
          <w:lang w:eastAsia="ko-KR"/>
        </w:rPr>
        <w:t xml:space="preserve">“내가 땅에서 들리면 모든 사람을 </w:t>
      </w:r>
      <w:proofErr w:type="spellStart"/>
      <w:r>
        <w:rPr>
          <w:b/>
          <w:lang w:eastAsia="ko-KR"/>
        </w:rPr>
        <w:t>내게로</w:t>
      </w:r>
      <w:proofErr w:type="spellEnd"/>
      <w:r>
        <w:rPr>
          <w:b/>
          <w:lang w:eastAsia="ko-KR"/>
        </w:rPr>
        <w:t xml:space="preserve"> </w:t>
      </w:r>
      <w:proofErr w:type="spellStart"/>
      <w:r>
        <w:rPr>
          <w:b/>
          <w:lang w:eastAsia="ko-KR"/>
        </w:rPr>
        <w:t>이끌겠노라</w:t>
      </w:r>
      <w:proofErr w:type="spellEnd"/>
      <w:r>
        <w:rPr>
          <w:b/>
          <w:lang w:eastAsia="ko-KR"/>
        </w:rPr>
        <w:t>.”</w:t>
      </w:r>
    </w:p>
    <w:p w14:paraId="2DB3572D" w14:textId="77777777" w:rsidR="003F1722" w:rsidRDefault="00AC3B06">
      <w:pPr>
        <w:ind w:firstLine="369"/>
        <w:rPr>
          <w:lang w:eastAsia="ko-KR"/>
        </w:rPr>
      </w:pPr>
      <w:r>
        <w:rPr>
          <w:lang w:eastAsia="ko-KR"/>
        </w:rPr>
        <w:t xml:space="preserve">이 세 구절을 함께 보면 오늘 본문의 의미가 더욱 분명해집니다. 19절에서는 “온 세상이 그를 따른다”고 말하고, 20절에서는 </w:t>
      </w:r>
      <w:proofErr w:type="spellStart"/>
      <w:r>
        <w:rPr>
          <w:lang w:eastAsia="ko-KR"/>
        </w:rPr>
        <w:t>헬라인들이</w:t>
      </w:r>
      <w:proofErr w:type="spellEnd"/>
      <w:r>
        <w:rPr>
          <w:lang w:eastAsia="ko-KR"/>
        </w:rPr>
        <w:t xml:space="preserve"> 예수님을 찾아오며, 24절에서는 한 알의 밀이 죽어 많은 열매를 맺고, 32절에서는 십자가에 들리신 예수님께서 모든 사람을 </w:t>
      </w:r>
      <w:proofErr w:type="spellStart"/>
      <w:r>
        <w:rPr>
          <w:lang w:eastAsia="ko-KR"/>
        </w:rPr>
        <w:t>자신에게로</w:t>
      </w:r>
      <w:proofErr w:type="spellEnd"/>
      <w:r>
        <w:rPr>
          <w:lang w:eastAsia="ko-KR"/>
        </w:rPr>
        <w:t xml:space="preserve"> 이끄십니다.</w:t>
      </w:r>
    </w:p>
    <w:p w14:paraId="54242510" w14:textId="77777777" w:rsidR="003F1722" w:rsidRDefault="00AC3B06">
      <w:pPr>
        <w:ind w:firstLine="369"/>
        <w:rPr>
          <w:lang w:eastAsia="ko-KR"/>
        </w:rPr>
      </w:pPr>
      <w:r>
        <w:rPr>
          <w:lang w:eastAsia="ko-KR"/>
        </w:rPr>
        <w:t>이것이 나귀 타신 왕이 예루살렘으로 들어오신 목적입니다. 예수님의 영광은 군대를 동원해 로마를 무너뜨리는 데 있지 않았습니다. 한 알의 밀처럼 자신이 죽어 많은 사람에게 생명을 주는 데 있었습니다.</w:t>
      </w:r>
    </w:p>
    <w:p w14:paraId="09AEB27E" w14:textId="77777777" w:rsidR="003F1722" w:rsidRDefault="00AC3B06">
      <w:pPr>
        <w:ind w:firstLine="369"/>
        <w:rPr>
          <w:lang w:eastAsia="ko-KR"/>
        </w:rPr>
      </w:pPr>
      <w:r>
        <w:rPr>
          <w:lang w:eastAsia="ko-KR"/>
        </w:rPr>
        <w:t xml:space="preserve">그래서 오늘 본문은 다음 장면으로 자연스럽게 이어집니다. “이스라엘의 </w:t>
      </w:r>
      <w:proofErr w:type="spellStart"/>
      <w:r>
        <w:rPr>
          <w:lang w:eastAsia="ko-KR"/>
        </w:rPr>
        <w:t>왕이시여</w:t>
      </w:r>
      <w:proofErr w:type="spellEnd"/>
      <w:r>
        <w:rPr>
          <w:lang w:eastAsia="ko-KR"/>
        </w:rPr>
        <w:t>”</w:t>
      </w:r>
      <w:proofErr w:type="spellStart"/>
      <w:r>
        <w:rPr>
          <w:lang w:eastAsia="ko-KR"/>
        </w:rPr>
        <w:t>라고</w:t>
      </w:r>
      <w:proofErr w:type="spellEnd"/>
      <w:r>
        <w:rPr>
          <w:lang w:eastAsia="ko-KR"/>
        </w:rPr>
        <w:t xml:space="preserve"> </w:t>
      </w:r>
      <w:proofErr w:type="spellStart"/>
      <w:r>
        <w:rPr>
          <w:lang w:eastAsia="ko-KR"/>
        </w:rPr>
        <w:t>환영받으신</w:t>
      </w:r>
      <w:proofErr w:type="spellEnd"/>
      <w:r>
        <w:rPr>
          <w:lang w:eastAsia="ko-KR"/>
        </w:rPr>
        <w:t xml:space="preserve"> 예수님이 십자가에서 죽으심으로 마침내 온 세상의 구주가 되십니다. 한 민족의 정치적인 소망보다 훨씬 큰 하나님의 구원 계획이 십자가를 통해 이루어집니다.</w:t>
      </w:r>
    </w:p>
    <w:p w14:paraId="0E023536" w14:textId="77777777" w:rsidR="003F1722" w:rsidRDefault="00AC3B06">
      <w:pPr>
        <w:ind w:firstLine="369"/>
        <w:rPr>
          <w:lang w:eastAsia="ko-KR"/>
        </w:rPr>
      </w:pPr>
      <w:r>
        <w:rPr>
          <w:lang w:eastAsia="ko-KR"/>
        </w:rPr>
        <w:t>또 15절의 “시온의 딸아 두려워하지 말라”는 말씀도 기억할 필요가 있습니다. 예수님이 왕으로 오셨다는 것은 우리의 삶에 아무 어려움도 없게 된다는 뜻이 아닙니다. 제자들에게도 고난이 있었고, 우리에게도 두려운 현실이 있습니다.</w:t>
      </w:r>
    </w:p>
    <w:p w14:paraId="05C01D41" w14:textId="77777777" w:rsidR="003F1722" w:rsidRDefault="00AC3B06">
      <w:pPr>
        <w:ind w:firstLine="369"/>
        <w:rPr>
          <w:lang w:eastAsia="ko-KR"/>
        </w:rPr>
      </w:pPr>
      <w:r>
        <w:rPr>
          <w:lang w:eastAsia="ko-KR"/>
        </w:rPr>
        <w:t>그러나 이제 두려움 가운데서도 붙들 수 있는 분이 계십니다. 자기 아들을 아끼지 아니하시고 우리 모두를 위하여 내어 주신 하나님께서 우리를 버리지 않으신다는 확신이 있습니다.</w:t>
      </w:r>
    </w:p>
    <w:p w14:paraId="362F08C7" w14:textId="77777777" w:rsidR="003F1722" w:rsidRDefault="00AC3B06">
      <w:pPr>
        <w:spacing w:before="60" w:after="140" w:line="293" w:lineRule="auto"/>
        <w:ind w:left="454" w:right="227"/>
        <w:rPr>
          <w:lang w:eastAsia="ko-KR"/>
        </w:rPr>
      </w:pPr>
      <w:r>
        <w:rPr>
          <w:b/>
          <w:lang w:eastAsia="ko-KR"/>
        </w:rPr>
        <w:t>“자기 아들을 아끼지 아니하시고 우리 모든 사람을 위하여 내주신 이가 어찌 그 아들과 함께 모든 것을 우리에게 주시지 아니하겠느냐.” — 로마서 8:32</w:t>
      </w:r>
    </w:p>
    <w:p w14:paraId="45707CAE" w14:textId="77777777" w:rsidR="003F1722" w:rsidRDefault="00AC3B06">
      <w:pPr>
        <w:ind w:firstLine="369"/>
        <w:rPr>
          <w:lang w:eastAsia="ko-KR"/>
        </w:rPr>
      </w:pPr>
      <w:r>
        <w:rPr>
          <w:lang w:eastAsia="ko-KR"/>
        </w:rPr>
        <w:t>참된 평화는 환경이 완벽하게 되는 데서 먼저 오는 것이 아닙니다. 왕 되신 예수님과의 관계가 회복되는 데서 시작됩니다.</w:t>
      </w:r>
    </w:p>
    <w:p w14:paraId="076BF682" w14:textId="63B8C27E" w:rsidR="003F1722" w:rsidRDefault="00AC3B06">
      <w:pPr>
        <w:ind w:firstLine="369"/>
        <w:rPr>
          <w:lang w:eastAsia="ko-KR"/>
        </w:rPr>
      </w:pPr>
      <w:r>
        <w:rPr>
          <w:b/>
          <w:lang w:eastAsia="ko-KR"/>
        </w:rPr>
        <w:t>그리고 이 왕은 지금도 우리를 다스리</w:t>
      </w:r>
      <w:r w:rsidR="00FF12E5">
        <w:rPr>
          <w:rFonts w:ascii="Batang" w:eastAsia="Batang" w:hAnsi="Batang" w:cs="Batang" w:hint="eastAsia"/>
          <w:b/>
          <w:lang w:eastAsia="ko-KR"/>
        </w:rPr>
        <w:t xml:space="preserve">십니다 그리고 하늘의 평강과 기쁨을 일상에서 경험하게 하십니다. </w:t>
      </w:r>
    </w:p>
    <w:p w14:paraId="53DC7DCA" w14:textId="77777777" w:rsidR="003F1722" w:rsidRDefault="00AC3B06">
      <w:pPr>
        <w:pStyle w:val="Heading1"/>
        <w:rPr>
          <w:lang w:eastAsia="ko-KR"/>
        </w:rPr>
      </w:pPr>
      <w:r>
        <w:rPr>
          <w:lang w:eastAsia="ko-KR"/>
        </w:rPr>
        <w:lastRenderedPageBreak/>
        <w:t>결론</w:t>
      </w:r>
      <w:r>
        <w:rPr>
          <w:lang w:eastAsia="ko-KR"/>
        </w:rPr>
        <w:t xml:space="preserve"> — </w:t>
      </w:r>
      <w:r>
        <w:rPr>
          <w:lang w:eastAsia="ko-KR"/>
        </w:rPr>
        <w:t>내가</w:t>
      </w:r>
      <w:r>
        <w:rPr>
          <w:lang w:eastAsia="ko-KR"/>
        </w:rPr>
        <w:t xml:space="preserve"> </w:t>
      </w:r>
      <w:r>
        <w:rPr>
          <w:lang w:eastAsia="ko-KR"/>
        </w:rPr>
        <w:t>원하는</w:t>
      </w:r>
      <w:r>
        <w:rPr>
          <w:lang w:eastAsia="ko-KR"/>
        </w:rPr>
        <w:t xml:space="preserve"> </w:t>
      </w:r>
      <w:r>
        <w:rPr>
          <w:lang w:eastAsia="ko-KR"/>
        </w:rPr>
        <w:t>왕이</w:t>
      </w:r>
      <w:r>
        <w:rPr>
          <w:lang w:eastAsia="ko-KR"/>
        </w:rPr>
        <w:t xml:space="preserve"> </w:t>
      </w:r>
      <w:r>
        <w:rPr>
          <w:lang w:eastAsia="ko-KR"/>
        </w:rPr>
        <w:t>아니라</w:t>
      </w:r>
      <w:r>
        <w:rPr>
          <w:lang w:eastAsia="ko-KR"/>
        </w:rPr>
        <w:t xml:space="preserve">, </w:t>
      </w:r>
      <w:r>
        <w:rPr>
          <w:lang w:eastAsia="ko-KR"/>
        </w:rPr>
        <w:t>나를</w:t>
      </w:r>
      <w:r>
        <w:rPr>
          <w:lang w:eastAsia="ko-KR"/>
        </w:rPr>
        <w:t xml:space="preserve"> </w:t>
      </w:r>
      <w:r>
        <w:rPr>
          <w:lang w:eastAsia="ko-KR"/>
        </w:rPr>
        <w:t>구원하러</w:t>
      </w:r>
      <w:r>
        <w:rPr>
          <w:lang w:eastAsia="ko-KR"/>
        </w:rPr>
        <w:t xml:space="preserve"> </w:t>
      </w:r>
      <w:r>
        <w:rPr>
          <w:lang w:eastAsia="ko-KR"/>
        </w:rPr>
        <w:t>오신</w:t>
      </w:r>
      <w:r>
        <w:rPr>
          <w:lang w:eastAsia="ko-KR"/>
        </w:rPr>
        <w:t xml:space="preserve"> </w:t>
      </w:r>
      <w:r>
        <w:rPr>
          <w:lang w:eastAsia="ko-KR"/>
        </w:rPr>
        <w:t>왕</w:t>
      </w:r>
    </w:p>
    <w:p w14:paraId="4CD2A0CC" w14:textId="77777777" w:rsidR="003F1722" w:rsidRDefault="00AC3B06">
      <w:pPr>
        <w:ind w:firstLine="369"/>
        <w:rPr>
          <w:lang w:eastAsia="ko-KR"/>
        </w:rPr>
      </w:pPr>
      <w:r>
        <w:rPr>
          <w:lang w:eastAsia="ko-KR"/>
        </w:rPr>
        <w:t xml:space="preserve">사랑하는 성도 여러분, 오늘 예루살렘의 사람들은 예수님을 왕으로 환영했습니다. 그들의 입술에서는 정확한 말이 나왔습니다. “호산나! 이스라엘의 </w:t>
      </w:r>
      <w:proofErr w:type="spellStart"/>
      <w:r>
        <w:rPr>
          <w:lang w:eastAsia="ko-KR"/>
        </w:rPr>
        <w:t>왕이시여</w:t>
      </w:r>
      <w:proofErr w:type="spellEnd"/>
      <w:r>
        <w:rPr>
          <w:lang w:eastAsia="ko-KR"/>
        </w:rPr>
        <w:t>!”</w:t>
      </w:r>
    </w:p>
    <w:p w14:paraId="476F99F6" w14:textId="77777777" w:rsidR="003F1722" w:rsidRDefault="00AC3B06">
      <w:pPr>
        <w:ind w:firstLine="369"/>
        <w:rPr>
          <w:lang w:eastAsia="ko-KR"/>
        </w:rPr>
      </w:pPr>
      <w:r>
        <w:rPr>
          <w:lang w:eastAsia="ko-KR"/>
        </w:rPr>
        <w:t xml:space="preserve">그러나 중요한 것은 예수님을 왕이라고 부르는 것만이 아닙니다. 어떤 왕을 기대하고 있으며, 그 왕의 다스림을 실제로 받아들이고 </w:t>
      </w:r>
      <w:proofErr w:type="spellStart"/>
      <w:r>
        <w:rPr>
          <w:lang w:eastAsia="ko-KR"/>
        </w:rPr>
        <w:t>있는가가</w:t>
      </w:r>
      <w:proofErr w:type="spellEnd"/>
      <w:r>
        <w:rPr>
          <w:lang w:eastAsia="ko-KR"/>
        </w:rPr>
        <w:t xml:space="preserve"> 중요합니다.</w:t>
      </w:r>
    </w:p>
    <w:p w14:paraId="1F7242C4" w14:textId="77777777" w:rsidR="003F1722" w:rsidRDefault="00AC3B06">
      <w:pPr>
        <w:ind w:firstLine="369"/>
        <w:rPr>
          <w:lang w:eastAsia="ko-KR"/>
        </w:rPr>
      </w:pPr>
      <w:r>
        <w:rPr>
          <w:lang w:eastAsia="ko-KR"/>
        </w:rPr>
        <w:t>사람들은 자신들을 위해 싸워 줄 왕을 원했습니다. 예수님은 자신들을 위해 죽어 줄 왕으로 오셨습니다. 사람들은 로마를 무너뜨릴 왕을 기대했습니다. 예수님은 죄와 죽음의 권세를 무너뜨리는 왕으로 오셨습니다. 사람들은 군마를 기대했지만 예수님은 나귀를 타셨습니다. 사람들은 왕관을 기대했지만 예수님은 가시 면류관을 쓰셨습니다. 사람들은 왕좌를 기대했지만 예수님은 십자가에 높이 달리셨습니다.</w:t>
      </w:r>
    </w:p>
    <w:p w14:paraId="7D782F38" w14:textId="77777777" w:rsidR="003F1722" w:rsidRDefault="00AC3B06">
      <w:pPr>
        <w:ind w:firstLine="369"/>
        <w:rPr>
          <w:lang w:eastAsia="ko-KR"/>
        </w:rPr>
      </w:pPr>
      <w:r>
        <w:rPr>
          <w:lang w:eastAsia="ko-KR"/>
        </w:rPr>
        <w:t>그러나 바로 그 길이 우리의 구원의 길이 되었습니다. 예수님은 다른 사람을 죽여 승리하신 왕이 아니라, 자신이 죽으심으로 우리를 살리신 왕입니다.</w:t>
      </w:r>
    </w:p>
    <w:p w14:paraId="06B86544" w14:textId="77777777" w:rsidR="003F1722" w:rsidRDefault="00AC3B06">
      <w:pPr>
        <w:ind w:firstLine="369"/>
        <w:rPr>
          <w:lang w:eastAsia="ko-KR"/>
        </w:rPr>
      </w:pPr>
      <w:r>
        <w:rPr>
          <w:b/>
          <w:lang w:eastAsia="ko-KR"/>
        </w:rPr>
        <w:t>세상의 왕은 백성에게 “나를 위해 죽어라”</w:t>
      </w:r>
      <w:proofErr w:type="spellStart"/>
      <w:r>
        <w:rPr>
          <w:b/>
          <w:lang w:eastAsia="ko-KR"/>
        </w:rPr>
        <w:t>라고</w:t>
      </w:r>
      <w:proofErr w:type="spellEnd"/>
      <w:r>
        <w:rPr>
          <w:b/>
          <w:lang w:eastAsia="ko-KR"/>
        </w:rPr>
        <w:t xml:space="preserve"> 말하지만, 예수님은 우리에게 “내가 너를 위해 죽겠다”</w:t>
      </w:r>
      <w:proofErr w:type="spellStart"/>
      <w:r>
        <w:rPr>
          <w:b/>
          <w:lang w:eastAsia="ko-KR"/>
        </w:rPr>
        <w:t>라고</w:t>
      </w:r>
      <w:proofErr w:type="spellEnd"/>
      <w:r>
        <w:rPr>
          <w:b/>
          <w:lang w:eastAsia="ko-KR"/>
        </w:rPr>
        <w:t xml:space="preserve"> 말씀하십니다. 이분이 우리가 믿는 왕입니다.</w:t>
      </w:r>
    </w:p>
    <w:p w14:paraId="6B11A729" w14:textId="77777777" w:rsidR="003F1722" w:rsidRDefault="00AC3B06">
      <w:pPr>
        <w:ind w:firstLine="369"/>
        <w:rPr>
          <w:lang w:eastAsia="ko-KR"/>
        </w:rPr>
      </w:pPr>
      <w:r>
        <w:rPr>
          <w:lang w:eastAsia="ko-KR"/>
        </w:rPr>
        <w:t>그러므로 오늘 말씀 앞에서 우리 자신에게 다시 물어봅시다. 예수님이 정말 내 삶의 왕이십니까? 주님의 길이 내 기대와 다를 때에도 그분을 신뢰할 수 있습니까? 나는 예수님 자신을 원하는 것입니까, 아니면 예수님이 나에게 주실 도움만 원하는 것입니까?</w:t>
      </w:r>
    </w:p>
    <w:p w14:paraId="603E83CF" w14:textId="77777777" w:rsidR="003F1722" w:rsidRDefault="00AC3B06">
      <w:pPr>
        <w:pStyle w:val="Heading1"/>
      </w:pPr>
      <w:proofErr w:type="spellStart"/>
      <w:r>
        <w:t>적용</w:t>
      </w:r>
      <w:proofErr w:type="spellEnd"/>
      <w:r>
        <w:t xml:space="preserve"> </w:t>
      </w:r>
      <w:proofErr w:type="spellStart"/>
      <w:r>
        <w:t>포인트</w:t>
      </w:r>
      <w:proofErr w:type="spellEnd"/>
    </w:p>
    <w:p w14:paraId="59539223" w14:textId="77777777" w:rsidR="003F1722" w:rsidRDefault="00AC3B06">
      <w:pPr>
        <w:pStyle w:val="ListBullet"/>
        <w:spacing w:after="120" w:line="300" w:lineRule="auto"/>
        <w:ind w:left="425" w:hanging="170"/>
        <w:rPr>
          <w:lang w:eastAsia="ko-KR"/>
        </w:rPr>
      </w:pPr>
      <w:r>
        <w:rPr>
          <w:lang w:eastAsia="ko-KR"/>
        </w:rPr>
        <w:t>첫째, 내 삶의 실제 왕이 누구인지 점검해 봅시다. 입술로 “예수님은 나의 주님이십니다”</w:t>
      </w:r>
      <w:proofErr w:type="spellStart"/>
      <w:r>
        <w:rPr>
          <w:lang w:eastAsia="ko-KR"/>
        </w:rPr>
        <w:t>라고</w:t>
      </w:r>
      <w:proofErr w:type="spellEnd"/>
      <w:r>
        <w:rPr>
          <w:lang w:eastAsia="ko-KR"/>
        </w:rPr>
        <w:t xml:space="preserve"> 고백하는 것만으로 끝나지 말고, 나의 시간과 물질과 인간관계와 중요한 결정 속에서 실제로 누구의 뜻을 따르고 있는지 돌아봅시다. 이번 한 주 동안 중요한 일을 결정할 때 먼저 “주님은 이것을 어떻게 </w:t>
      </w:r>
      <w:proofErr w:type="spellStart"/>
      <w:r>
        <w:rPr>
          <w:lang w:eastAsia="ko-KR"/>
        </w:rPr>
        <w:t>보실까</w:t>
      </w:r>
      <w:proofErr w:type="spellEnd"/>
      <w:r>
        <w:rPr>
          <w:lang w:eastAsia="ko-KR"/>
        </w:rPr>
        <w:t>?”</w:t>
      </w:r>
      <w:proofErr w:type="spellStart"/>
      <w:r>
        <w:rPr>
          <w:lang w:eastAsia="ko-KR"/>
        </w:rPr>
        <w:t>라고</w:t>
      </w:r>
      <w:proofErr w:type="spellEnd"/>
      <w:r>
        <w:rPr>
          <w:lang w:eastAsia="ko-KR"/>
        </w:rPr>
        <w:t xml:space="preserve"> 묻는 훈련을 해 봅시다.</w:t>
      </w:r>
    </w:p>
    <w:p w14:paraId="761A1ECE" w14:textId="12E2A599" w:rsidR="003F1722" w:rsidRDefault="00AC3B06">
      <w:pPr>
        <w:pStyle w:val="ListBullet"/>
        <w:spacing w:after="120" w:line="300" w:lineRule="auto"/>
        <w:ind w:left="425" w:hanging="170"/>
        <w:rPr>
          <w:lang w:eastAsia="ko-KR"/>
        </w:rPr>
      </w:pPr>
      <w:r>
        <w:rPr>
          <w:lang w:eastAsia="ko-KR"/>
        </w:rPr>
        <w:t xml:space="preserve">둘째, 내가 원하는 방식으로 일이 풀리지 않을 때에도 왕 되신 예수님을 신뢰합시다. 제자들도 나귀를 타신 예수님의 뜻을 처음에는 이해하지 못했습니다. 그러나 나중에 십자가와 부활을 지나면서 </w:t>
      </w:r>
      <w:proofErr w:type="spellStart"/>
      <w:r>
        <w:rPr>
          <w:lang w:eastAsia="ko-KR"/>
        </w:rPr>
        <w:t>깨달았습니다</w:t>
      </w:r>
      <w:proofErr w:type="spellEnd"/>
      <w:r>
        <w:rPr>
          <w:lang w:eastAsia="ko-KR"/>
        </w:rPr>
        <w:t xml:space="preserve">. </w:t>
      </w:r>
    </w:p>
    <w:p w14:paraId="631CB9B9" w14:textId="77777777" w:rsidR="003F1722" w:rsidRDefault="00AC3B06">
      <w:pPr>
        <w:pStyle w:val="ListBullet"/>
        <w:spacing w:after="120" w:line="300" w:lineRule="auto"/>
        <w:ind w:left="425" w:hanging="170"/>
        <w:rPr>
          <w:lang w:eastAsia="ko-KR"/>
        </w:rPr>
      </w:pPr>
      <w:r>
        <w:rPr>
          <w:lang w:eastAsia="ko-KR"/>
        </w:rPr>
        <w:t>셋째, 내가 원하는 구원보다 하나님이 주시려는 더 깊은 구원을 구합시다. 건강, 경제, 자녀, 직장과 현실의 문제를 위해 계속 기도하십시오. 그러나 거기서 멈추지 말고 “주님, 이 문제를 통해 제 안의 무엇을 바꾸기 원하십니까? 제 믿음과 성품을 어떻게 새롭게 하기 원하십니까?”</w:t>
      </w:r>
      <w:proofErr w:type="spellStart"/>
      <w:r>
        <w:rPr>
          <w:lang w:eastAsia="ko-KR"/>
        </w:rPr>
        <w:t>라고</w:t>
      </w:r>
      <w:proofErr w:type="spellEnd"/>
      <w:r>
        <w:rPr>
          <w:lang w:eastAsia="ko-KR"/>
        </w:rPr>
        <w:t xml:space="preserve"> 기도해 봅시다. 환경의 변화만이 아니라 하나님과의 관계가 더욱 깊어지는 것을 구합시다.</w:t>
      </w:r>
    </w:p>
    <w:p w14:paraId="600DD5D5" w14:textId="44370580" w:rsidR="003F1722" w:rsidRDefault="00AC3B06">
      <w:pPr>
        <w:pStyle w:val="ListBullet"/>
        <w:spacing w:after="120" w:line="300" w:lineRule="auto"/>
        <w:ind w:left="425" w:hanging="170"/>
        <w:rPr>
          <w:lang w:eastAsia="ko-KR"/>
        </w:rPr>
      </w:pPr>
      <w:r>
        <w:rPr>
          <w:lang w:eastAsia="ko-KR"/>
        </w:rPr>
        <w:t xml:space="preserve">넷째, 나귀 타신 왕을 </w:t>
      </w:r>
      <w:r w:rsidR="00720F28">
        <w:rPr>
          <w:rFonts w:ascii="Batang" w:eastAsia="Batang" w:hAnsi="Batang" w:cs="Batang" w:hint="eastAsia"/>
          <w:lang w:eastAsia="ko-KR"/>
        </w:rPr>
        <w:t>겸손의 왕이십니다</w:t>
      </w:r>
      <w:r>
        <w:rPr>
          <w:lang w:eastAsia="ko-KR"/>
        </w:rPr>
        <w:t xml:space="preserve">. 우리도 가정과 교회와 </w:t>
      </w:r>
      <w:r w:rsidR="00720F28">
        <w:rPr>
          <w:rFonts w:ascii="Batang" w:eastAsia="Batang" w:hAnsi="Batang" w:cs="Batang" w:hint="eastAsia"/>
          <w:lang w:eastAsia="ko-KR"/>
        </w:rPr>
        <w:t>직장과 목</w:t>
      </w:r>
      <w:r>
        <w:rPr>
          <w:lang w:eastAsia="ko-KR"/>
        </w:rPr>
        <w:t>장에서</w:t>
      </w:r>
      <w:r w:rsidR="00720F28">
        <w:rPr>
          <w:rFonts w:hint="eastAsia"/>
          <w:lang w:eastAsia="ko-KR"/>
        </w:rPr>
        <w:t xml:space="preserve"> </w:t>
      </w:r>
      <w:r>
        <w:rPr>
          <w:lang w:eastAsia="ko-KR"/>
        </w:rPr>
        <w:t>먼저 낮아지고</w:t>
      </w:r>
      <w:r w:rsidR="007F48CD">
        <w:rPr>
          <w:rFonts w:hint="eastAsia"/>
          <w:lang w:eastAsia="ko-KR"/>
        </w:rPr>
        <w:t xml:space="preserve"> </w:t>
      </w:r>
      <w:r w:rsidR="007F48CD">
        <w:rPr>
          <w:rFonts w:ascii="Batang" w:eastAsia="Batang" w:hAnsi="Batang" w:cs="Batang" w:hint="eastAsia"/>
          <w:lang w:eastAsia="ko-KR"/>
        </w:rPr>
        <w:t xml:space="preserve">겸손히 </w:t>
      </w:r>
      <w:r>
        <w:rPr>
          <w:lang w:eastAsia="ko-KR"/>
        </w:rPr>
        <w:t>섬기</w:t>
      </w:r>
      <w:r w:rsidR="00720F28">
        <w:rPr>
          <w:rFonts w:ascii="Batang" w:eastAsia="Batang" w:hAnsi="Batang" w:cs="Batang" w:hint="eastAsia"/>
          <w:lang w:eastAsia="ko-KR"/>
        </w:rPr>
        <w:t xml:space="preserve">는 </w:t>
      </w:r>
      <w:r>
        <w:rPr>
          <w:lang w:eastAsia="ko-KR"/>
        </w:rPr>
        <w:t>삶을</w:t>
      </w:r>
      <w:r w:rsidR="007F48CD">
        <w:rPr>
          <w:rFonts w:hint="eastAsia"/>
          <w:lang w:eastAsia="ko-KR"/>
        </w:rPr>
        <w:t xml:space="preserve"> </w:t>
      </w:r>
      <w:r w:rsidR="007F48CD">
        <w:rPr>
          <w:rFonts w:ascii="Batang" w:eastAsia="Batang" w:hAnsi="Batang" w:cs="Batang" w:hint="eastAsia"/>
          <w:lang w:eastAsia="ko-KR"/>
        </w:rPr>
        <w:t>살아봅시다</w:t>
      </w:r>
      <w:r>
        <w:rPr>
          <w:lang w:eastAsia="ko-KR"/>
        </w:rPr>
        <w:t>.</w:t>
      </w:r>
    </w:p>
    <w:sectPr w:rsidR="003F1722" w:rsidSect="00034616">
      <w:footerReference w:type="default" r:id="rId8"/>
      <w:pgSz w:w="12240" w:h="15840"/>
      <w:pgMar w:top="1134" w:right="1247" w:bottom="1134" w:left="124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48B9FB9" w14:textId="77777777" w:rsidR="00C243F2" w:rsidRDefault="00C243F2">
      <w:pPr>
        <w:spacing w:after="0" w:line="240" w:lineRule="auto"/>
      </w:pPr>
      <w:r>
        <w:separator/>
      </w:r>
    </w:p>
  </w:endnote>
  <w:endnote w:type="continuationSeparator" w:id="0">
    <w:p w14:paraId="29FF09BA" w14:textId="77777777" w:rsidR="00C243F2" w:rsidRDefault="00C243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Noto Serif CJK KR">
    <w:altName w:val="Cambria"/>
    <w:panose1 w:val="020B0604020202020204"/>
    <w:charset w:val="00"/>
    <w:family w:val="roman"/>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Malgun Gothic">
    <w:altName w:val="맑은 고딕"/>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208966" w14:textId="7AD72AEC" w:rsidR="003F1722" w:rsidRDefault="00AC3B06">
    <w:pPr>
      <w:pStyle w:val="Footer"/>
      <w:jc w:val="center"/>
    </w:pPr>
    <w:r>
      <w:fldChar w:fldCharType="begin"/>
    </w:r>
    <w:r>
      <w:instrText>PAGE</w:instrText>
    </w:r>
    <w:r>
      <w:fldChar w:fldCharType="separate"/>
    </w:r>
    <w:r w:rsidR="0046742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06E202C" w14:textId="77777777" w:rsidR="00C243F2" w:rsidRDefault="00C243F2">
      <w:pPr>
        <w:spacing w:after="0" w:line="240" w:lineRule="auto"/>
      </w:pPr>
      <w:r>
        <w:separator/>
      </w:r>
    </w:p>
  </w:footnote>
  <w:footnote w:type="continuationSeparator" w:id="0">
    <w:p w14:paraId="267E8FD2" w14:textId="77777777" w:rsidR="00C243F2" w:rsidRDefault="00C243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80786545">
    <w:abstractNumId w:val="8"/>
  </w:num>
  <w:num w:numId="2" w16cid:durableId="471219896">
    <w:abstractNumId w:val="6"/>
  </w:num>
  <w:num w:numId="3" w16cid:durableId="1375077671">
    <w:abstractNumId w:val="5"/>
  </w:num>
  <w:num w:numId="4" w16cid:durableId="1602571730">
    <w:abstractNumId w:val="4"/>
  </w:num>
  <w:num w:numId="5" w16cid:durableId="1133406657">
    <w:abstractNumId w:val="7"/>
  </w:num>
  <w:num w:numId="6" w16cid:durableId="579027248">
    <w:abstractNumId w:val="3"/>
  </w:num>
  <w:num w:numId="7" w16cid:durableId="1872065731">
    <w:abstractNumId w:val="2"/>
  </w:num>
  <w:num w:numId="8" w16cid:durableId="1168441347">
    <w:abstractNumId w:val="1"/>
  </w:num>
  <w:num w:numId="9" w16cid:durableId="147432792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04BE5"/>
    <w:rsid w:val="00326F90"/>
    <w:rsid w:val="003F1722"/>
    <w:rsid w:val="00467424"/>
    <w:rsid w:val="0047287D"/>
    <w:rsid w:val="00585AE8"/>
    <w:rsid w:val="00606EE9"/>
    <w:rsid w:val="00607136"/>
    <w:rsid w:val="00720F28"/>
    <w:rsid w:val="007F48CD"/>
    <w:rsid w:val="0088448B"/>
    <w:rsid w:val="008D053A"/>
    <w:rsid w:val="00AA1D8D"/>
    <w:rsid w:val="00AC2093"/>
    <w:rsid w:val="00AC3B06"/>
    <w:rsid w:val="00B47730"/>
    <w:rsid w:val="00C243F2"/>
    <w:rsid w:val="00CB0664"/>
    <w:rsid w:val="00CD5A2F"/>
    <w:rsid w:val="00CE6717"/>
    <w:rsid w:val="00E7697E"/>
    <w:rsid w:val="00FC693F"/>
    <w:rsid w:val="00FF12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948AB065-9849-EB4A-8E4A-3708628A3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307" w:lineRule="auto"/>
    </w:pPr>
    <w:rPr>
      <w:rFonts w:ascii="Noto Serif CJK KR" w:eastAsia="Noto Serif CJK KR" w:hAnsi="Noto Serif CJK KR"/>
    </w:rPr>
  </w:style>
  <w:style w:type="paragraph" w:styleId="Heading1">
    <w:name w:val="heading 1"/>
    <w:basedOn w:val="Normal"/>
    <w:next w:val="Normal"/>
    <w:link w:val="Heading1Char"/>
    <w:uiPriority w:val="9"/>
    <w:qFormat/>
    <w:rsid w:val="00FC693F"/>
    <w:pPr>
      <w:keepNext/>
      <w:keepLines/>
      <w:spacing w:before="200" w:after="120"/>
      <w:outlineLvl w:val="0"/>
    </w:pPr>
    <w:rPr>
      <w:rFonts w:asciiTheme="majorHAnsi" w:eastAsiaTheme="majorEastAsia" w:hAnsiTheme="majorHAnsi"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120"/>
      <w:outlineLvl w:val="1"/>
    </w:pPr>
    <w:rPr>
      <w:rFonts w:asciiTheme="majorHAnsi" w:eastAsiaTheme="majorEastAsia" w:hAnsiTheme="majorHAnsi" w:cstheme="majorBidi"/>
      <w:b/>
      <w:bCs/>
      <w:color w:val="4F81BD" w:themeColor="accent1"/>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00" w:after="120" w:line="240" w:lineRule="auto"/>
      <w:contextualSpacing/>
    </w:pPr>
    <w:rPr>
      <w:rFonts w:asciiTheme="majorHAnsi" w:eastAsiaTheme="majorEastAsia" w:hAnsiTheme="majorHAnsi" w:cstheme="majorBidi"/>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1354</Words>
  <Characters>7722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나귀 타고 오신 참된 왕 예수님</vt:lpstr>
    </vt:vector>
  </TitlesOfParts>
  <Manager/>
  <Company/>
  <LinksUpToDate>false</LinksUpToDate>
  <CharactersWithSpaces>9058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나귀 타고 오신 참된 왕 예수님</dc:title>
  <dc:subject>요한복음 12:12–19 설교문</dc:subject>
  <dc:creator>Isaac Lee</dc:creator>
  <cp:keywords/>
  <dc:description>generated by python-docx</dc:description>
  <cp:lastModifiedBy>Isaac Lee</cp:lastModifiedBy>
  <cp:revision>5</cp:revision>
  <dcterms:created xsi:type="dcterms:W3CDTF">2026-08-16T00:56:00Z</dcterms:created>
  <dcterms:modified xsi:type="dcterms:W3CDTF">2026-08-16T01:18:00Z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2026-08-15T22:18:04Z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d7ba9f0b-7118-4a8b-9ea0-9d9ba1e258c0</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